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dxa" w:w="9921"/>
        <w:jc w:val="center"/>
        <w:tblLayout w:type="fixed"/>
        <w:tblLook w:firstColumn="1" w:firstRow="1" w:lastColumn="0" w:lastRow="0" w:noHBand="0" w:noVBand="1" w:val="04A0"/>
      </w:tblPr>
      <w:tblGrid>
        <w:gridCol w:w="2551"/>
        <w:gridCol w:w="7370"/>
      </w:tblGrid>
      <w:tr>
        <w:trPr>
          <w:cantSplit/>
        </w:trPr>
        <w:tc>
          <w:tcPr>
            <w:tcW w:type="dxa" w:w="2551"/>
            <w:tcMar>
              <w:top w:w="80" w:type="dxa"/>
              <w:start w:w="120" w:type="dxa"/>
              <w:bottom w:w="80" w:type="dxa"/>
              <w:end w:w="120" w:type="dxa"/>
            </w:tcMar>
            <w:tcBorders>
              <w:bottom w:val="single" w:sz="12" w:color="4F9998"/>
            </w:tcBorders>
          </w:tcPr>
          <w:p>
            <w:r>
              <w:drawing>
                <wp:inline xmlns:a="http://schemas.openxmlformats.org/drawingml/2006/main" xmlns:pic="http://schemas.openxmlformats.org/drawingml/2006/picture">
                  <wp:extent cx="1512000" cy="973988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Csodakapu logó (1)(20260806-082502).p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2000" cy="97398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37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bottom w:val="single" w:sz="12" w:color="4F9998"/>
            </w:tcBorders>
          </w:tcPr>
          <w:p>
            <w:pPr>
              <w:spacing w:after="60"/>
            </w:pPr>
            <w:r>
              <w:rPr>
                <w:rFonts w:ascii="Aptos Display" w:hAnsi="Aptos Display"/>
                <w:b/>
                <w:i w:val="0"/>
                <w:color w:val="2F7473"/>
                <w:sz w:val="48"/>
              </w:rPr>
              <w:t>Anamnézislap</w:t>
            </w:r>
          </w:p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color w:val="647878"/>
                <w:sz w:val="20"/>
              </w:rPr>
              <w:t>A gyermek fejlődésének és jelenlegi helyzetének megismeréséhez</w:t>
            </w:r>
          </w:p>
        </w:tc>
      </w:tr>
    </w:tbl>
    <w:p>
      <w:pPr>
        <w:spacing w:after="0"/>
      </w:pPr>
    </w:p>
    <w:tbl>
      <w:tblPr>
        <w:tblW w:type="dxa" w:w="9921"/>
        <w:jc w:val="center"/>
        <w:tblLayout w:type="fixed"/>
        <w:tblLook w:firstColumn="1" w:firstRow="1" w:lastColumn="0" w:lastRow="0" w:noHBand="0" w:noVBand="1" w:val="04A0"/>
      </w:tblPr>
      <w:tblGrid>
        <w:gridCol w:w="9921"/>
      </w:tblGrid>
      <w:tr>
        <w:tc>
          <w:tcPr>
            <w:tcW w:type="dxa" w:w="9921"/>
            <w:tcMar>
              <w:top w:w="80" w:type="dxa"/>
              <w:start w:w="120" w:type="dxa"/>
              <w:bottom w:w="80" w:type="dxa"/>
              <w:end w:w="120" w:type="dxa"/>
            </w:tcMar>
            <w:shd w:fill="FFF7D6"/>
            <w:tcBorders>
              <w:top w:val="single" w:sz="8" w:color="E5C75C"/>
              <w:left w:val="single" w:sz="8" w:color="E5C75C"/>
              <w:bottom w:val="single" w:sz="8" w:color="E5C75C"/>
              <w:right w:val="single" w:sz="8" w:color="E5C75C"/>
            </w:tcBorders>
          </w:tcPr>
          <w:p>
            <w:r>
              <w:rPr>
                <w:rFonts w:ascii="Aptos" w:hAnsi="Aptos"/>
                <w:b w:val="0"/>
                <w:i w:val="0"/>
                <w:color w:val="213A3A"/>
                <w:sz w:val="19"/>
              </w:rPr>
              <w:t>Kérjük, a lapot lehetőség szerint részletesen töltse ki. Ha valamelyik kérdés nem vonatkozik gyermekére, azt nyugodtan hagyja üresen.</w:t>
            </w:r>
          </w:p>
        </w:tc>
      </w:tr>
    </w:tbl>
    <w:p>
      <w:pPr>
        <w:spacing w:after="0"/>
      </w:pPr>
    </w:p>
    <w:tbl>
      <w:tblPr>
        <w:tblW w:type="dxa" w:w="9921"/>
        <w:jc w:val="center"/>
        <w:tblLayout w:type="fixed"/>
        <w:tblLook w:firstColumn="1" w:firstRow="1" w:lastColumn="0" w:lastRow="0" w:noHBand="0" w:noVBand="1" w:val="04A0"/>
      </w:tblPr>
      <w:tblGrid>
        <w:gridCol w:w="4960"/>
        <w:gridCol w:w="4960"/>
      </w:tblGrid>
      <w:tr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shd w:fill="E8F4F3"/>
            <w:tcBorders>
              <w:top w:val="single" w:sz="8" w:color="B7CECC"/>
              <w:left w:val="single" w:sz="8" w:color="B7CECC"/>
              <w:bottom w:val="single" w:sz="8" w:color="B7CECC"/>
              <w:right w:val="single" w:sz="8" w:color="B7CECC"/>
            </w:tcBorders>
          </w:tcPr>
          <w:p>
            <w:r>
              <w:rPr>
                <w:rFonts w:ascii="Aptos" w:hAnsi="Aptos"/>
                <w:b/>
                <w:i w:val="0"/>
                <w:color w:val="2F7473"/>
                <w:sz w:val="18"/>
              </w:rPr>
              <w:t>A gyermek neve:</w:t>
            </w:r>
          </w:p>
          <w:p>
            <w:pPr>
              <w:spacing w:after="0"/>
            </w:pPr>
            <w:r>
              <w:br/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shd w:fill="E8F4F3"/>
            <w:tcBorders>
              <w:top w:val="single" w:sz="8" w:color="B7CECC"/>
              <w:left w:val="single" w:sz="8" w:color="B7CECC"/>
              <w:bottom w:val="single" w:sz="8" w:color="B7CECC"/>
              <w:right w:val="single" w:sz="8" w:color="B7CECC"/>
            </w:tcBorders>
          </w:tcPr>
          <w:p>
            <w:r>
              <w:rPr>
                <w:rFonts w:ascii="Aptos" w:hAnsi="Aptos"/>
                <w:b/>
                <w:i w:val="0"/>
                <w:color w:val="2F7473"/>
                <w:sz w:val="18"/>
              </w:rPr>
              <w:t>Születési ideje:</w:t>
            </w:r>
          </w:p>
          <w:p>
            <w:pPr>
              <w:spacing w:after="0"/>
            </w:pPr>
            <w:r>
              <w:br/>
            </w:r>
          </w:p>
        </w:tc>
      </w:tr>
      <w:tr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  <w:tcBorders>
              <w:top w:val="single" w:sz="8" w:color="B7CECC"/>
              <w:left w:val="single" w:sz="8" w:color="B7CECC"/>
              <w:bottom w:val="single" w:sz="8" w:color="B7CECC"/>
              <w:right w:val="single" w:sz="8" w:color="B7CECC"/>
            </w:tcBorders>
          </w:tcPr>
          <w:p>
            <w:r>
              <w:rPr>
                <w:rFonts w:ascii="Aptos" w:hAnsi="Aptos"/>
                <w:b/>
                <w:i w:val="0"/>
                <w:color w:val="2F7473"/>
                <w:sz w:val="18"/>
              </w:rPr>
              <w:t>A kitöltő neve:</w:t>
            </w:r>
          </w:p>
          <w:p>
            <w:pPr>
              <w:spacing w:after="0"/>
            </w:pPr>
            <w:r>
              <w:br/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  <w:tcBorders>
              <w:top w:val="single" w:sz="8" w:color="B7CECC"/>
              <w:left w:val="single" w:sz="8" w:color="B7CECC"/>
              <w:bottom w:val="single" w:sz="8" w:color="B7CECC"/>
              <w:right w:val="single" w:sz="8" w:color="B7CECC"/>
            </w:tcBorders>
          </w:tcPr>
          <w:p>
            <w:r>
              <w:rPr>
                <w:rFonts w:ascii="Aptos" w:hAnsi="Aptos"/>
                <w:b/>
                <w:i w:val="0"/>
                <w:color w:val="2F7473"/>
                <w:sz w:val="18"/>
              </w:rPr>
              <w:t>A kitöltés dátuma:</w:t>
            </w:r>
          </w:p>
          <w:p>
            <w:pPr>
              <w:spacing w:after="0"/>
            </w:pPr>
            <w:r>
              <w:br/>
            </w:r>
          </w:p>
        </w:tc>
      </w:tr>
      <w:tr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shd w:fill="E8F4F3"/>
            <w:tcBorders>
              <w:top w:val="single" w:sz="8" w:color="B7CECC"/>
              <w:left w:val="single" w:sz="8" w:color="B7CECC"/>
              <w:bottom w:val="single" w:sz="8" w:color="B7CECC"/>
              <w:right w:val="single" w:sz="8" w:color="B7CECC"/>
            </w:tcBorders>
          </w:tcPr>
          <w:p>
            <w:r>
              <w:rPr>
                <w:rFonts w:ascii="Aptos" w:hAnsi="Aptos"/>
                <w:b/>
                <w:i w:val="0"/>
                <w:color w:val="2F7473"/>
                <w:sz w:val="18"/>
              </w:rPr>
              <w:t>A kitöltő státusa:</w:t>
            </w:r>
          </w:p>
          <w:p>
            <w:pPr>
              <w:spacing w:after="0"/>
            </w:pPr>
            <w:r>
              <w:br/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shd w:fill="E8F4F3"/>
            <w:tcBorders>
              <w:top w:val="single" w:sz="8" w:color="B7CECC"/>
              <w:left w:val="single" w:sz="8" w:color="B7CECC"/>
              <w:bottom w:val="single" w:sz="8" w:color="B7CECC"/>
              <w:right w:val="single" w:sz="8" w:color="B7CECC"/>
            </w:tcBorders>
          </w:tcPr>
          <w:p>
            <w:r>
              <w:rPr>
                <w:rFonts w:ascii="Aptos" w:hAnsi="Aptos"/>
                <w:b/>
                <w:i w:val="0"/>
                <w:color w:val="2F7473"/>
                <w:sz w:val="18"/>
              </w:rPr>
              <w:t>Elérhetősége:</w:t>
            </w:r>
          </w:p>
          <w:p>
            <w:pPr>
              <w:spacing w:after="0"/>
            </w:pPr>
            <w:r>
              <w:br/>
            </w:r>
          </w:p>
        </w:tc>
      </w:tr>
    </w:tbl>
    <w:p>
      <w:pPr>
        <w:pStyle w:val="Heading2"/>
      </w:pPr>
      <w:r>
        <w:t>Várandósság és születés</w:t>
      </w:r>
    </w:p>
    <w:p>
      <w:pPr>
        <w:keepNext/>
        <w:spacing w:before="60" w:after="40"/>
      </w:pPr>
      <w:r>
        <w:rPr>
          <w:rFonts w:ascii="Aptos" w:hAnsi="Aptos"/>
          <w:b/>
          <w:i w:val="0"/>
          <w:color w:val="213A3A"/>
          <w:sz w:val="21"/>
        </w:rPr>
        <w:t>„Vallomás” a fogamzás előtti időszakról – kihagyható</w:t>
      </w:r>
      <w:r>
        <w:rPr>
          <w:rFonts w:ascii="Aptos" w:hAnsi="Aptos"/>
          <w:b w:val="0"/>
          <w:i/>
          <w:color w:val="647878"/>
          <w:sz w:val="19"/>
        </w:rPr>
        <w:t xml:space="preserve"> (a szülők egészségi állapota, káros szenvedélyek, hányadik terhességből hányadik gyermek – pl. 3/1 –, tervezett gyermek volt-e…)</w:t>
      </w:r>
    </w:p>
    <w:p>
      <w:pPr>
        <w:keepLines/>
        <w:spacing w:after="40"/>
      </w:pPr>
      <w:r>
        <w:rPr>
          <w:rFonts w:ascii="Aptos" w:hAnsi="Aptos"/>
          <w:b w:val="0"/>
          <w:i w:val="0"/>
          <w:color w:val="B7CECC"/>
          <w:sz w:val="17"/>
        </w:rPr>
        <w:t>________________________________________________________________________________</w:t>
      </w:r>
    </w:p>
    <w:p>
      <w:pPr>
        <w:keepLines/>
        <w:spacing w:after="40"/>
      </w:pPr>
      <w:r>
        <w:rPr>
          <w:rFonts w:ascii="Aptos" w:hAnsi="Aptos"/>
          <w:b w:val="0"/>
          <w:i w:val="0"/>
          <w:color w:val="B7CECC"/>
          <w:sz w:val="17"/>
        </w:rPr>
        <w:t>________________________________________________________________________________</w:t>
      </w:r>
    </w:p>
    <w:p>
      <w:pPr>
        <w:keepNext/>
        <w:spacing w:before="60" w:after="40"/>
      </w:pPr>
      <w:r>
        <w:rPr>
          <w:rFonts w:ascii="Aptos" w:hAnsi="Aptos"/>
          <w:b/>
          <w:i w:val="0"/>
          <w:color w:val="213A3A"/>
          <w:sz w:val="21"/>
        </w:rPr>
        <w:t>A terhesség lefolyása</w:t>
      </w:r>
      <w:r>
        <w:rPr>
          <w:rFonts w:ascii="Aptos" w:hAnsi="Aptos"/>
          <w:b w:val="0"/>
          <w:i/>
          <w:color w:val="647878"/>
          <w:sz w:val="19"/>
        </w:rPr>
        <w:t xml:space="preserve"> (komplikációk, fertőző betegségek, magas láz, kiütések, Rh-összeférhetetlenség, vese- vagy egyéb anyagcsere-betegség, görcsök, túlhízás, vizesedés, vashiány…)</w:t>
      </w:r>
    </w:p>
    <w:p>
      <w:pPr>
        <w:keepLines/>
        <w:spacing w:after="40"/>
      </w:pPr>
      <w:r>
        <w:rPr>
          <w:rFonts w:ascii="Aptos" w:hAnsi="Aptos"/>
          <w:b w:val="0"/>
          <w:i w:val="0"/>
          <w:color w:val="B7CECC"/>
          <w:sz w:val="17"/>
        </w:rPr>
        <w:t>________________________________________________________________________________</w:t>
      </w:r>
    </w:p>
    <w:p>
      <w:pPr>
        <w:keepLines/>
        <w:spacing w:after="40"/>
      </w:pPr>
      <w:r>
        <w:rPr>
          <w:rFonts w:ascii="Aptos" w:hAnsi="Aptos"/>
          <w:b w:val="0"/>
          <w:i w:val="0"/>
          <w:color w:val="B7CECC"/>
          <w:sz w:val="17"/>
        </w:rPr>
        <w:t>________________________________________________________________________________</w:t>
      </w:r>
    </w:p>
    <w:p>
      <w:pPr>
        <w:keepNext/>
        <w:spacing w:before="60" w:after="40"/>
      </w:pPr>
      <w:r>
        <w:rPr>
          <w:rFonts w:ascii="Aptos" w:hAnsi="Aptos"/>
          <w:b/>
          <w:i w:val="0"/>
          <w:color w:val="213A3A"/>
          <w:sz w:val="21"/>
        </w:rPr>
        <w:t>A szülés körülményei</w:t>
      </w:r>
      <w:r>
        <w:rPr>
          <w:rFonts w:ascii="Aptos" w:hAnsi="Aptos"/>
          <w:b w:val="0"/>
          <w:i/>
          <w:color w:val="647878"/>
          <w:sz w:val="19"/>
        </w:rPr>
        <w:t xml:space="preserve"> (a szülőfájások hossza, súlyossága, alkalmazott anesztézia vagy műszeres beavatkozás, komplikációk, a gyermek életjelei és azonnali felsírása, a gyermekágy lefolyása az anya és a gyermek részéről)</w:t>
      </w:r>
    </w:p>
    <w:p>
      <w:pPr>
        <w:keepLines/>
        <w:spacing w:after="40"/>
      </w:pPr>
      <w:r>
        <w:rPr>
          <w:rFonts w:ascii="Aptos" w:hAnsi="Aptos"/>
          <w:b w:val="0"/>
          <w:i w:val="0"/>
          <w:color w:val="B7CECC"/>
          <w:sz w:val="17"/>
        </w:rPr>
        <w:t>________________________________________________________________________________</w:t>
      </w:r>
    </w:p>
    <w:p>
      <w:pPr>
        <w:keepLines/>
        <w:spacing w:after="40"/>
      </w:pPr>
      <w:r>
        <w:rPr>
          <w:rFonts w:ascii="Aptos" w:hAnsi="Aptos"/>
          <w:b w:val="0"/>
          <w:i w:val="0"/>
          <w:color w:val="B7CECC"/>
          <w:sz w:val="17"/>
        </w:rPr>
        <w:t>________________________________________________________________________________</w:t>
      </w:r>
    </w:p>
    <w:p>
      <w:pPr>
        <w:keepLines/>
        <w:spacing w:after="40"/>
      </w:pPr>
      <w:r>
        <w:rPr>
          <w:rFonts w:ascii="Aptos" w:hAnsi="Aptos"/>
          <w:b w:val="0"/>
          <w:i w:val="0"/>
          <w:color w:val="B7CECC"/>
          <w:sz w:val="17"/>
        </w:rPr>
        <w:t>________________________________________________________________________________</w:t>
      </w:r>
    </w:p>
    <w:p>
      <w:pPr>
        <w:pStyle w:val="Heading2"/>
      </w:pPr>
      <w:r>
        <w:t>Korai fejlődés</w:t>
      </w:r>
    </w:p>
    <w:p>
      <w:pPr>
        <w:keepNext/>
        <w:spacing w:before="60" w:after="40"/>
      </w:pPr>
      <w:r>
        <w:rPr>
          <w:rFonts w:ascii="Aptos" w:hAnsi="Aptos"/>
          <w:b/>
          <w:i w:val="0"/>
          <w:color w:val="213A3A"/>
          <w:sz w:val="21"/>
        </w:rPr>
        <w:t>Korai fejlődés és gyermekkori betegségek</w:t>
      </w:r>
      <w:r>
        <w:rPr>
          <w:rFonts w:ascii="Aptos" w:hAnsi="Aptos"/>
          <w:b w:val="0"/>
          <w:i/>
          <w:color w:val="647878"/>
          <w:sz w:val="19"/>
        </w:rPr>
        <w:t xml:space="preserve"> (korai szopáserősség, élénkség, étvágy az első 6 hónapban, alvás, fertőző betegségek, magas lázas állapotok…)</w:t>
      </w:r>
    </w:p>
    <w:p>
      <w:pPr>
        <w:keepLines/>
        <w:spacing w:after="40"/>
      </w:pPr>
      <w:r>
        <w:rPr>
          <w:rFonts w:ascii="Aptos" w:hAnsi="Aptos"/>
          <w:b w:val="0"/>
          <w:i w:val="0"/>
          <w:color w:val="B7CECC"/>
          <w:sz w:val="17"/>
        </w:rPr>
        <w:t>________________________________________________________________________________</w:t>
      </w:r>
    </w:p>
    <w:p>
      <w:pPr>
        <w:keepLines/>
        <w:spacing w:after="40"/>
      </w:pPr>
      <w:r>
        <w:rPr>
          <w:rFonts w:ascii="Aptos" w:hAnsi="Aptos"/>
          <w:b w:val="0"/>
          <w:i w:val="0"/>
          <w:color w:val="B7CECC"/>
          <w:sz w:val="17"/>
        </w:rPr>
        <w:t>________________________________________________________________________________</w:t>
      </w:r>
    </w:p>
    <w:p>
      <w:pPr>
        <w:keepLines/>
        <w:spacing w:after="40"/>
      </w:pPr>
      <w:r>
        <w:rPr>
          <w:rFonts w:ascii="Aptos" w:hAnsi="Aptos"/>
          <w:b w:val="0"/>
          <w:i w:val="0"/>
          <w:color w:val="B7CECC"/>
          <w:sz w:val="17"/>
        </w:rPr>
        <w:t>________________________________________________________________________________</w:t>
      </w:r>
    </w:p>
    <w:p>
      <w:r>
        <w:br w:type="page"/>
      </w:r>
    </w:p>
    <w:p>
      <w:pPr>
        <w:keepNext/>
        <w:spacing w:after="200"/>
      </w:pPr>
      <w:r>
        <w:rPr>
          <w:rFonts w:ascii="Aptos Display" w:hAnsi="Aptos Display"/>
          <w:b/>
          <w:i w:val="0"/>
          <w:color w:val="2F7473"/>
          <w:sz w:val="32"/>
        </w:rPr>
        <w:t>Mozgás-, beszéd- és érzékszervi fejlődés</w:t>
      </w:r>
    </w:p>
    <w:p>
      <w:pPr>
        <w:keepNext/>
        <w:spacing w:before="60" w:after="40"/>
      </w:pPr>
      <w:r>
        <w:rPr>
          <w:rFonts w:ascii="Aptos" w:hAnsi="Aptos"/>
          <w:b/>
          <w:i w:val="0"/>
          <w:color w:val="213A3A"/>
          <w:sz w:val="21"/>
        </w:rPr>
        <w:t>Mozgás és egyéb tevékenységek az első 6 hónap alatt</w:t>
      </w:r>
      <w:r>
        <w:rPr>
          <w:rFonts w:ascii="Aptos" w:hAnsi="Aptos"/>
          <w:b w:val="0"/>
          <w:i/>
          <w:color w:val="647878"/>
          <w:sz w:val="19"/>
        </w:rPr>
        <w:t xml:space="preserve"> (ha lehet, napló alapján: a gyermek egy napja; volt-e lehetősége mozgásra; hogyan volt öltöztetve; korához képest megfelelő volt-e a mozgása; volt-e furcsaság, elakadás vagy időbeli csúszás)</w:t>
      </w:r>
    </w:p>
    <w:p>
      <w:pPr>
        <w:keepLines/>
        <w:spacing w:after="40"/>
      </w:pPr>
      <w:r>
        <w:rPr>
          <w:rFonts w:ascii="Aptos" w:hAnsi="Aptos"/>
          <w:b w:val="0"/>
          <w:i w:val="0"/>
          <w:color w:val="B7CECC"/>
          <w:sz w:val="17"/>
        </w:rPr>
        <w:t>________________________________________________________________________________</w:t>
      </w:r>
    </w:p>
    <w:p>
      <w:pPr>
        <w:keepLines/>
        <w:spacing w:after="40"/>
      </w:pPr>
      <w:r>
        <w:rPr>
          <w:rFonts w:ascii="Aptos" w:hAnsi="Aptos"/>
          <w:b w:val="0"/>
          <w:i w:val="0"/>
          <w:color w:val="B7CECC"/>
          <w:sz w:val="17"/>
        </w:rPr>
        <w:t>________________________________________________________________________________</w:t>
      </w:r>
    </w:p>
    <w:p>
      <w:pPr>
        <w:keepNext/>
        <w:spacing w:before="60" w:after="40"/>
      </w:pPr>
      <w:r>
        <w:rPr>
          <w:rFonts w:ascii="Aptos" w:hAnsi="Aptos"/>
          <w:b/>
          <w:i w:val="0"/>
          <w:color w:val="213A3A"/>
          <w:sz w:val="21"/>
        </w:rPr>
        <w:t>Kúszás kezdete és fokozatai</w:t>
      </w:r>
    </w:p>
    <w:p>
      <w:pPr>
        <w:keepLines/>
        <w:spacing w:after="40"/>
      </w:pPr>
      <w:r>
        <w:rPr>
          <w:rFonts w:ascii="Aptos" w:hAnsi="Aptos"/>
          <w:b w:val="0"/>
          <w:i w:val="0"/>
          <w:color w:val="B7CECC"/>
          <w:sz w:val="17"/>
        </w:rPr>
        <w:t>________________________________________________________________________________</w:t>
      </w:r>
    </w:p>
    <w:p>
      <w:pPr>
        <w:keepLines/>
        <w:spacing w:after="40"/>
      </w:pPr>
      <w:r>
        <w:rPr>
          <w:rFonts w:ascii="Aptos" w:hAnsi="Aptos"/>
          <w:b w:val="0"/>
          <w:i w:val="0"/>
          <w:color w:val="B7CECC"/>
          <w:sz w:val="17"/>
        </w:rPr>
        <w:t>________________________________________________________________________________</w:t>
      </w:r>
    </w:p>
    <w:p>
      <w:pPr>
        <w:keepNext/>
        <w:spacing w:before="60" w:after="40"/>
      </w:pPr>
      <w:r>
        <w:rPr>
          <w:rFonts w:ascii="Aptos" w:hAnsi="Aptos"/>
          <w:b/>
          <w:i w:val="0"/>
          <w:color w:val="213A3A"/>
          <w:sz w:val="21"/>
        </w:rPr>
        <w:t>Mászás kezdete és minősége</w:t>
      </w:r>
      <w:r>
        <w:rPr>
          <w:rFonts w:ascii="Aptos" w:hAnsi="Aptos"/>
          <w:b w:val="0"/>
          <w:i/>
          <w:color w:val="647878"/>
          <w:sz w:val="19"/>
        </w:rPr>
        <w:t xml:space="preserve"> (ha lehet, napló alapján: hány hétig mászott; mászott-e szabadban; volt-e járókában és mennyit; volt-e korai felkapaszkodás; volt-e valami szokatlan, pl. fenéken csúszás, láb vonszolása…)</w:t>
      </w:r>
    </w:p>
    <w:p>
      <w:pPr>
        <w:keepLines/>
        <w:spacing w:after="40"/>
      </w:pPr>
      <w:r>
        <w:rPr>
          <w:rFonts w:ascii="Aptos" w:hAnsi="Aptos"/>
          <w:b w:val="0"/>
          <w:i w:val="0"/>
          <w:color w:val="B7CECC"/>
          <w:sz w:val="17"/>
        </w:rPr>
        <w:t>________________________________________________________________________________</w:t>
      </w:r>
    </w:p>
    <w:p>
      <w:pPr>
        <w:keepLines/>
        <w:spacing w:after="40"/>
      </w:pPr>
      <w:r>
        <w:rPr>
          <w:rFonts w:ascii="Aptos" w:hAnsi="Aptos"/>
          <w:b w:val="0"/>
          <w:i w:val="0"/>
          <w:color w:val="B7CECC"/>
          <w:sz w:val="17"/>
        </w:rPr>
        <w:t>________________________________________________________________________________</w:t>
      </w:r>
    </w:p>
    <w:p>
      <w:pPr>
        <w:keepLines/>
        <w:spacing w:after="40"/>
      </w:pPr>
      <w:r>
        <w:rPr>
          <w:rFonts w:ascii="Aptos" w:hAnsi="Aptos"/>
          <w:b w:val="0"/>
          <w:i w:val="0"/>
          <w:color w:val="B7CECC"/>
          <w:sz w:val="17"/>
        </w:rPr>
        <w:t>________________________________________________________________________________</w:t>
      </w:r>
    </w:p>
    <w:p>
      <w:pPr>
        <w:keepNext/>
        <w:spacing w:before="60" w:after="40"/>
      </w:pPr>
      <w:r>
        <w:rPr>
          <w:rFonts w:ascii="Aptos" w:hAnsi="Aptos"/>
          <w:b/>
          <w:i w:val="0"/>
          <w:color w:val="213A3A"/>
          <w:sz w:val="21"/>
        </w:rPr>
        <w:t>Járás</w:t>
      </w:r>
      <w:r>
        <w:rPr>
          <w:rFonts w:ascii="Aptos" w:hAnsi="Aptos"/>
          <w:b w:val="0"/>
          <w:i/>
          <w:color w:val="647878"/>
          <w:sz w:val="19"/>
        </w:rPr>
        <w:t xml:space="preserve"> (mikor állt fel, mikor kezdett kapaszkodva oldalazni és önállóan járni; kapott-e járókeretet; sokat sétáltatták-e; sokat esett-e; volt-e valami szokatlan, pl. túl gyors vagy lassú, egyik oldalra döntött járás; szeret-e szaladni, ügyes-e benne)</w:t>
      </w:r>
    </w:p>
    <w:p>
      <w:pPr>
        <w:keepLines/>
        <w:spacing w:after="40"/>
      </w:pPr>
      <w:r>
        <w:rPr>
          <w:rFonts w:ascii="Aptos" w:hAnsi="Aptos"/>
          <w:b w:val="0"/>
          <w:i w:val="0"/>
          <w:color w:val="B7CECC"/>
          <w:sz w:val="17"/>
        </w:rPr>
        <w:t>________________________________________________________________________________</w:t>
      </w:r>
    </w:p>
    <w:p>
      <w:pPr>
        <w:keepLines/>
        <w:spacing w:after="40"/>
      </w:pPr>
      <w:r>
        <w:rPr>
          <w:rFonts w:ascii="Aptos" w:hAnsi="Aptos"/>
          <w:b w:val="0"/>
          <w:i w:val="0"/>
          <w:color w:val="B7CECC"/>
          <w:sz w:val="17"/>
        </w:rPr>
        <w:t>________________________________________________________________________________</w:t>
      </w:r>
    </w:p>
    <w:p>
      <w:pPr>
        <w:keepLines/>
        <w:spacing w:after="40"/>
      </w:pPr>
      <w:r>
        <w:rPr>
          <w:rFonts w:ascii="Aptos" w:hAnsi="Aptos"/>
          <w:b w:val="0"/>
          <w:i w:val="0"/>
          <w:color w:val="B7CECC"/>
          <w:sz w:val="17"/>
        </w:rPr>
        <w:t>________________________________________________________________________________</w:t>
      </w:r>
    </w:p>
    <w:p>
      <w:pPr>
        <w:keepNext/>
        <w:spacing w:before="60" w:after="40"/>
      </w:pPr>
      <w:r>
        <w:rPr>
          <w:rFonts w:ascii="Aptos" w:hAnsi="Aptos"/>
          <w:b/>
          <w:i w:val="0"/>
          <w:color w:val="213A3A"/>
          <w:sz w:val="21"/>
        </w:rPr>
        <w:t>Egyéb mozgások fejlődése</w:t>
      </w:r>
      <w:r>
        <w:rPr>
          <w:rFonts w:ascii="Aptos" w:hAnsi="Aptos"/>
          <w:b w:val="0"/>
          <w:i/>
          <w:color w:val="647878"/>
          <w:sz w:val="19"/>
        </w:rPr>
        <w:t xml:space="preserve"> (ügyes-e hintázásban, ugrálásban, egyensúlyozó játékokban, labdajátékokban; milyen a kézügyessége; szeret-e rajzolni; sportol-e, ha igen, mit; eltérő-e a mozgása a többi gyermekétől: túl lassú, túl gyors, ügyetlen…)</w:t>
      </w:r>
    </w:p>
    <w:p>
      <w:pPr>
        <w:keepLines/>
        <w:spacing w:after="40"/>
      </w:pPr>
      <w:r>
        <w:rPr>
          <w:rFonts w:ascii="Aptos" w:hAnsi="Aptos"/>
          <w:b w:val="0"/>
          <w:i w:val="0"/>
          <w:color w:val="B7CECC"/>
          <w:sz w:val="17"/>
        </w:rPr>
        <w:t>________________________________________________________________________________</w:t>
      </w:r>
    </w:p>
    <w:p>
      <w:pPr>
        <w:keepLines/>
        <w:spacing w:after="40"/>
      </w:pPr>
      <w:r>
        <w:rPr>
          <w:rFonts w:ascii="Aptos" w:hAnsi="Aptos"/>
          <w:b w:val="0"/>
          <w:i w:val="0"/>
          <w:color w:val="B7CECC"/>
          <w:sz w:val="17"/>
        </w:rPr>
        <w:t>________________________________________________________________________________</w:t>
      </w:r>
    </w:p>
    <w:p>
      <w:pPr>
        <w:keepLines/>
        <w:spacing w:after="40"/>
      </w:pPr>
      <w:r>
        <w:rPr>
          <w:rFonts w:ascii="Aptos" w:hAnsi="Aptos"/>
          <w:b w:val="0"/>
          <w:i w:val="0"/>
          <w:color w:val="B7CECC"/>
          <w:sz w:val="17"/>
        </w:rPr>
        <w:t>________________________________________________________________________________</w:t>
      </w:r>
    </w:p>
    <w:p>
      <w:pPr>
        <w:keepNext/>
        <w:spacing w:before="60" w:after="40"/>
      </w:pPr>
      <w:r>
        <w:rPr>
          <w:rFonts w:ascii="Aptos" w:hAnsi="Aptos"/>
          <w:b/>
          <w:i w:val="0"/>
          <w:color w:val="213A3A"/>
          <w:sz w:val="21"/>
        </w:rPr>
        <w:t>Beszéd</w:t>
      </w:r>
      <w:r>
        <w:rPr>
          <w:rFonts w:ascii="Aptos" w:hAnsi="Aptos"/>
          <w:b w:val="0"/>
          <w:i/>
          <w:color w:val="647878"/>
          <w:sz w:val="19"/>
        </w:rPr>
        <w:t xml:space="preserve"> (feljegyzések alapján: gagyogott-e; mikor kezdett szavakat, majd mondatokat mondani; volt-e artikulációs nehézsége vagy dadogása; tisztán ejtette-e a szavakat; volt-e valamilyen sajátossága; hogyan fejlődött a szókincse…)</w:t>
      </w:r>
    </w:p>
    <w:p>
      <w:pPr>
        <w:keepLines/>
        <w:spacing w:after="40"/>
      </w:pPr>
      <w:r>
        <w:rPr>
          <w:rFonts w:ascii="Aptos" w:hAnsi="Aptos"/>
          <w:b w:val="0"/>
          <w:i w:val="0"/>
          <w:color w:val="B7CECC"/>
          <w:sz w:val="17"/>
        </w:rPr>
        <w:t>________________________________________________________________________________</w:t>
      </w:r>
    </w:p>
    <w:p>
      <w:pPr>
        <w:keepLines/>
        <w:spacing w:after="40"/>
      </w:pPr>
      <w:r>
        <w:rPr>
          <w:rFonts w:ascii="Aptos" w:hAnsi="Aptos"/>
          <w:b w:val="0"/>
          <w:i w:val="0"/>
          <w:color w:val="B7CECC"/>
          <w:sz w:val="17"/>
        </w:rPr>
        <w:t>________________________________________________________________________________</w:t>
      </w:r>
    </w:p>
    <w:p>
      <w:pPr>
        <w:keepLines/>
        <w:spacing w:after="40"/>
      </w:pPr>
      <w:r>
        <w:rPr>
          <w:rFonts w:ascii="Aptos" w:hAnsi="Aptos"/>
          <w:b w:val="0"/>
          <w:i w:val="0"/>
          <w:color w:val="B7CECC"/>
          <w:sz w:val="17"/>
        </w:rPr>
        <w:t>________________________________________________________________________________</w:t>
      </w:r>
    </w:p>
    <w:p>
      <w:pPr>
        <w:keepNext/>
        <w:spacing w:before="60" w:after="40"/>
      </w:pPr>
      <w:r>
        <w:rPr>
          <w:rFonts w:ascii="Aptos" w:hAnsi="Aptos"/>
          <w:b/>
          <w:i w:val="0"/>
          <w:color w:val="213A3A"/>
          <w:sz w:val="21"/>
        </w:rPr>
        <w:t>Hallásvizsgálaton jártak-e valaha?</w:t>
      </w:r>
      <w:r>
        <w:rPr>
          <w:rFonts w:ascii="Aptos" w:hAnsi="Aptos"/>
          <w:b w:val="0"/>
          <w:i/>
          <w:color w:val="647878"/>
          <w:sz w:val="19"/>
        </w:rPr>
        <w:t xml:space="preserve"> Ha igen, mikor és mi volt az eredménye? Volt-e mandulaműtéte? Voltak/vannak-e egyéb fül-orr-gégészeti előzmények, betegségek?</w:t>
      </w:r>
    </w:p>
    <w:p>
      <w:pPr>
        <w:keepLines/>
        <w:spacing w:after="40"/>
      </w:pPr>
      <w:r>
        <w:rPr>
          <w:rFonts w:ascii="Aptos" w:hAnsi="Aptos"/>
          <w:b w:val="0"/>
          <w:i w:val="0"/>
          <w:color w:val="B7CECC"/>
          <w:sz w:val="17"/>
        </w:rPr>
        <w:t>________________________________________________________________________________</w:t>
      </w:r>
    </w:p>
    <w:p>
      <w:pPr>
        <w:keepLines/>
        <w:spacing w:after="40"/>
      </w:pPr>
      <w:r>
        <w:rPr>
          <w:rFonts w:ascii="Aptos" w:hAnsi="Aptos"/>
          <w:b w:val="0"/>
          <w:i w:val="0"/>
          <w:color w:val="B7CECC"/>
          <w:sz w:val="17"/>
        </w:rPr>
        <w:t>________________________________________________________________________________</w:t>
      </w:r>
    </w:p>
    <w:p>
      <w:pPr>
        <w:keepNext/>
        <w:spacing w:before="60" w:after="40"/>
      </w:pPr>
      <w:r>
        <w:rPr>
          <w:rFonts w:ascii="Aptos" w:hAnsi="Aptos"/>
          <w:b/>
          <w:i w:val="0"/>
          <w:color w:val="213A3A"/>
          <w:sz w:val="21"/>
        </w:rPr>
        <w:t>Részesül(t)-e logopédiai ellátásban?</w:t>
      </w:r>
      <w:r>
        <w:rPr>
          <w:rFonts w:ascii="Aptos" w:hAnsi="Aptos"/>
          <w:b w:val="0"/>
          <w:i/>
          <w:color w:val="647878"/>
          <w:sz w:val="19"/>
        </w:rPr>
        <w:t xml:space="preserve"> Ha igen, mi miatt? Milyen gyakran és mennyi ideje jár?</w:t>
      </w:r>
    </w:p>
    <w:p>
      <w:pPr>
        <w:keepLines/>
        <w:spacing w:after="40"/>
      </w:pPr>
      <w:r>
        <w:rPr>
          <w:rFonts w:ascii="Aptos" w:hAnsi="Aptos"/>
          <w:b w:val="0"/>
          <w:i w:val="0"/>
          <w:color w:val="B7CECC"/>
          <w:sz w:val="17"/>
        </w:rPr>
        <w:t>________________________________________________________________________________</w:t>
      </w:r>
    </w:p>
    <w:p>
      <w:pPr>
        <w:keepLines/>
        <w:spacing w:after="40"/>
      </w:pPr>
      <w:r>
        <w:rPr>
          <w:rFonts w:ascii="Aptos" w:hAnsi="Aptos"/>
          <w:b w:val="0"/>
          <w:i w:val="0"/>
          <w:color w:val="B7CECC"/>
          <w:sz w:val="17"/>
        </w:rPr>
        <w:t>________________________________________________________________________________</w:t>
      </w:r>
    </w:p>
    <w:p>
      <w:r>
        <w:br w:type="page"/>
      </w:r>
    </w:p>
    <w:p>
      <w:pPr>
        <w:keepNext/>
        <w:spacing w:after="200"/>
      </w:pPr>
      <w:r>
        <w:rPr>
          <w:rFonts w:ascii="Aptos Display" w:hAnsi="Aptos Display"/>
          <w:b/>
          <w:i w:val="0"/>
          <w:color w:val="2F7473"/>
          <w:sz w:val="32"/>
        </w:rPr>
        <w:t>Egészség, szokások és közösségi beilleszkedés</w:t>
      </w:r>
    </w:p>
    <w:p>
      <w:pPr>
        <w:keepNext/>
        <w:spacing w:before="60" w:after="40"/>
      </w:pPr>
      <w:r>
        <w:rPr>
          <w:rFonts w:ascii="Aptos" w:hAnsi="Aptos"/>
          <w:b/>
          <w:i w:val="0"/>
          <w:color w:val="213A3A"/>
          <w:sz w:val="21"/>
        </w:rPr>
        <w:t>Allergiás-e valamire?</w:t>
      </w:r>
      <w:r>
        <w:rPr>
          <w:rFonts w:ascii="Aptos" w:hAnsi="Aptos"/>
          <w:b w:val="0"/>
          <w:i/>
          <w:color w:val="647878"/>
          <w:sz w:val="19"/>
        </w:rPr>
        <w:t xml:space="preserve"> Ennek tünetei, kezelése:</w:t>
      </w:r>
    </w:p>
    <w:p>
      <w:pPr>
        <w:keepLines/>
        <w:spacing w:after="40"/>
      </w:pPr>
      <w:r>
        <w:rPr>
          <w:rFonts w:ascii="Aptos" w:hAnsi="Aptos"/>
          <w:b w:val="0"/>
          <w:i w:val="0"/>
          <w:color w:val="B7CECC"/>
          <w:sz w:val="17"/>
        </w:rPr>
        <w:t>________________________________________________________________________________</w:t>
      </w:r>
    </w:p>
    <w:p>
      <w:pPr>
        <w:keepLines/>
        <w:spacing w:after="40"/>
      </w:pPr>
      <w:r>
        <w:rPr>
          <w:rFonts w:ascii="Aptos" w:hAnsi="Aptos"/>
          <w:b w:val="0"/>
          <w:i w:val="0"/>
          <w:color w:val="B7CECC"/>
          <w:sz w:val="17"/>
        </w:rPr>
        <w:t>________________________________________________________________________________</w:t>
      </w:r>
    </w:p>
    <w:p>
      <w:pPr>
        <w:keepNext/>
        <w:spacing w:before="60" w:after="40"/>
      </w:pPr>
      <w:r>
        <w:rPr>
          <w:rFonts w:ascii="Aptos" w:hAnsi="Aptos"/>
          <w:b/>
          <w:i w:val="0"/>
          <w:color w:val="213A3A"/>
          <w:sz w:val="21"/>
        </w:rPr>
        <w:t>Betegségek, balesetek</w:t>
      </w:r>
      <w:r>
        <w:rPr>
          <w:rFonts w:ascii="Aptos" w:hAnsi="Aptos"/>
          <w:b w:val="0"/>
          <w:i/>
          <w:color w:val="647878"/>
          <w:sz w:val="19"/>
        </w:rPr>
        <w:t xml:space="preserve"> (összes gyermekkori betegség, kórházi kezelés, magas láz, balesetek, altatások, eszméletlen állapot, rohamok, oxigénhiányos állapotok, sérülések, szem letapasztása, egyéb…)</w:t>
      </w:r>
    </w:p>
    <w:p>
      <w:pPr>
        <w:keepLines/>
        <w:spacing w:after="40"/>
      </w:pPr>
      <w:r>
        <w:rPr>
          <w:rFonts w:ascii="Aptos" w:hAnsi="Aptos"/>
          <w:b w:val="0"/>
          <w:i w:val="0"/>
          <w:color w:val="B7CECC"/>
          <w:sz w:val="17"/>
        </w:rPr>
        <w:t>________________________________________________________________________________</w:t>
      </w:r>
    </w:p>
    <w:p>
      <w:pPr>
        <w:keepLines/>
        <w:spacing w:after="40"/>
      </w:pPr>
      <w:r>
        <w:rPr>
          <w:rFonts w:ascii="Aptos" w:hAnsi="Aptos"/>
          <w:b w:val="0"/>
          <w:i w:val="0"/>
          <w:color w:val="B7CECC"/>
          <w:sz w:val="17"/>
        </w:rPr>
        <w:t>________________________________________________________________________________</w:t>
      </w:r>
    </w:p>
    <w:p>
      <w:pPr>
        <w:keepLines/>
        <w:spacing w:after="40"/>
      </w:pPr>
      <w:r>
        <w:rPr>
          <w:rFonts w:ascii="Aptos" w:hAnsi="Aptos"/>
          <w:b w:val="0"/>
          <w:i w:val="0"/>
          <w:color w:val="B7CECC"/>
          <w:sz w:val="17"/>
        </w:rPr>
        <w:t>________________________________________________________________________________</w:t>
      </w:r>
    </w:p>
    <w:p>
      <w:pPr>
        <w:keepNext/>
        <w:spacing w:before="60" w:after="40"/>
      </w:pPr>
      <w:r>
        <w:rPr>
          <w:rFonts w:ascii="Aptos" w:hAnsi="Aptos"/>
          <w:b/>
          <w:i w:val="0"/>
          <w:color w:val="213A3A"/>
          <w:sz w:val="21"/>
        </w:rPr>
        <w:t>Történt-e szemészeti vizsgálat?</w:t>
      </w:r>
    </w:p>
    <w:p>
      <w:pPr>
        <w:keepLines/>
        <w:spacing w:after="40"/>
      </w:pPr>
      <w:r>
        <w:rPr>
          <w:rFonts w:ascii="Aptos" w:hAnsi="Aptos"/>
          <w:b w:val="0"/>
          <w:i w:val="0"/>
          <w:color w:val="B7CECC"/>
          <w:sz w:val="17"/>
        </w:rPr>
        <w:t>________________________________________________________________________________</w:t>
      </w:r>
    </w:p>
    <w:p>
      <w:pPr>
        <w:keepNext/>
        <w:spacing w:before="60" w:after="40"/>
      </w:pPr>
      <w:r>
        <w:rPr>
          <w:rFonts w:ascii="Aptos" w:hAnsi="Aptos"/>
          <w:b/>
          <w:i w:val="0"/>
          <w:color w:val="213A3A"/>
          <w:sz w:val="21"/>
        </w:rPr>
        <w:t>Alvásának jellemzői</w:t>
      </w:r>
      <w:r>
        <w:rPr>
          <w:rFonts w:ascii="Aptos" w:hAnsi="Aptos"/>
          <w:b w:val="0"/>
          <w:i/>
          <w:color w:val="647878"/>
          <w:sz w:val="19"/>
        </w:rPr>
        <w:t xml:space="preserve"> (mikor fekszik le, mikor kel fel, alvásminőség)</w:t>
      </w:r>
    </w:p>
    <w:p>
      <w:pPr>
        <w:keepLines/>
        <w:spacing w:after="40"/>
      </w:pPr>
      <w:r>
        <w:rPr>
          <w:rFonts w:ascii="Aptos" w:hAnsi="Aptos"/>
          <w:b w:val="0"/>
          <w:i w:val="0"/>
          <w:color w:val="B7CECC"/>
          <w:sz w:val="17"/>
        </w:rPr>
        <w:t>________________________________________________________________________________</w:t>
      </w:r>
    </w:p>
    <w:p>
      <w:pPr>
        <w:keepLines/>
        <w:spacing w:after="40"/>
      </w:pPr>
      <w:r>
        <w:rPr>
          <w:rFonts w:ascii="Aptos" w:hAnsi="Aptos"/>
          <w:b w:val="0"/>
          <w:i w:val="0"/>
          <w:color w:val="B7CECC"/>
          <w:sz w:val="17"/>
        </w:rPr>
        <w:t>________________________________________________________________________________</w:t>
      </w:r>
    </w:p>
    <w:p>
      <w:pPr>
        <w:keepNext/>
        <w:spacing w:before="60" w:after="40"/>
      </w:pPr>
      <w:r>
        <w:rPr>
          <w:rFonts w:ascii="Aptos" w:hAnsi="Aptos"/>
          <w:b/>
          <w:i w:val="0"/>
          <w:color w:val="213A3A"/>
          <w:sz w:val="21"/>
        </w:rPr>
        <w:t>Zeneiség</w:t>
      </w:r>
      <w:r>
        <w:rPr>
          <w:rFonts w:ascii="Aptos" w:hAnsi="Aptos"/>
          <w:b w:val="0"/>
          <w:i/>
          <w:color w:val="647878"/>
          <w:sz w:val="19"/>
        </w:rPr>
        <w:t xml:space="preserve"> (zenetanulás, zenehallgatás, énekkedv, zenei hallás, egyéb)</w:t>
      </w:r>
    </w:p>
    <w:p>
      <w:pPr>
        <w:keepLines/>
        <w:spacing w:after="40"/>
      </w:pPr>
      <w:r>
        <w:rPr>
          <w:rFonts w:ascii="Aptos" w:hAnsi="Aptos"/>
          <w:b w:val="0"/>
          <w:i w:val="0"/>
          <w:color w:val="B7CECC"/>
          <w:sz w:val="17"/>
        </w:rPr>
        <w:t>________________________________________________________________________________</w:t>
      </w:r>
    </w:p>
    <w:p>
      <w:pPr>
        <w:keepLines/>
        <w:spacing w:after="40"/>
      </w:pPr>
      <w:r>
        <w:rPr>
          <w:rFonts w:ascii="Aptos" w:hAnsi="Aptos"/>
          <w:b w:val="0"/>
          <w:i w:val="0"/>
          <w:color w:val="B7CECC"/>
          <w:sz w:val="17"/>
        </w:rPr>
        <w:t>________________________________________________________________________________</w:t>
      </w:r>
    </w:p>
    <w:p>
      <w:pPr>
        <w:pStyle w:val="Heading2"/>
      </w:pPr>
      <w:r>
        <w:t>Beilleszkedés</w:t>
      </w:r>
    </w:p>
    <w:p>
      <w:pPr>
        <w:keepNext/>
        <w:spacing w:before="60" w:after="40"/>
      </w:pPr>
      <w:r>
        <w:rPr>
          <w:rFonts w:ascii="Aptos" w:hAnsi="Aptos"/>
          <w:b/>
          <w:i w:val="0"/>
          <w:color w:val="213A3A"/>
          <w:sz w:val="21"/>
        </w:rPr>
        <w:t>Bölcsőde</w:t>
      </w:r>
    </w:p>
    <w:p>
      <w:pPr>
        <w:keepLines/>
        <w:spacing w:after="40"/>
      </w:pPr>
      <w:r>
        <w:rPr>
          <w:rFonts w:ascii="Aptos" w:hAnsi="Aptos"/>
          <w:b w:val="0"/>
          <w:i w:val="0"/>
          <w:color w:val="B7CECC"/>
          <w:sz w:val="17"/>
        </w:rPr>
        <w:t>________________________________________________________________________________</w:t>
      </w:r>
    </w:p>
    <w:p>
      <w:pPr>
        <w:keepNext/>
        <w:spacing w:before="60" w:after="40"/>
      </w:pPr>
      <w:r>
        <w:rPr>
          <w:rFonts w:ascii="Aptos" w:hAnsi="Aptos"/>
          <w:b/>
          <w:i w:val="0"/>
          <w:color w:val="213A3A"/>
          <w:sz w:val="21"/>
        </w:rPr>
        <w:t>Óvoda</w:t>
      </w:r>
    </w:p>
    <w:p>
      <w:pPr>
        <w:keepLines/>
        <w:spacing w:after="40"/>
      </w:pPr>
      <w:r>
        <w:rPr>
          <w:rFonts w:ascii="Aptos" w:hAnsi="Aptos"/>
          <w:b w:val="0"/>
          <w:i w:val="0"/>
          <w:color w:val="B7CECC"/>
          <w:sz w:val="17"/>
        </w:rPr>
        <w:t>________________________________________________________________________________</w:t>
      </w:r>
    </w:p>
    <w:p>
      <w:pPr>
        <w:keepNext/>
        <w:spacing w:before="60" w:after="40"/>
      </w:pPr>
      <w:r>
        <w:rPr>
          <w:rFonts w:ascii="Aptos" w:hAnsi="Aptos"/>
          <w:b/>
          <w:i w:val="0"/>
          <w:color w:val="213A3A"/>
          <w:sz w:val="21"/>
        </w:rPr>
        <w:t>Iskola</w:t>
      </w:r>
    </w:p>
    <w:p>
      <w:pPr>
        <w:keepLines/>
        <w:spacing w:after="40"/>
      </w:pPr>
      <w:r>
        <w:rPr>
          <w:rFonts w:ascii="Aptos" w:hAnsi="Aptos"/>
          <w:b w:val="0"/>
          <w:i w:val="0"/>
          <w:color w:val="B7CECC"/>
          <w:sz w:val="17"/>
        </w:rPr>
        <w:t>________________________________________________________________________________</w:t>
      </w:r>
    </w:p>
    <w:p>
      <w:pPr>
        <w:keepNext/>
        <w:spacing w:before="60" w:after="40"/>
      </w:pPr>
      <w:r>
        <w:rPr>
          <w:rFonts w:ascii="Aptos" w:hAnsi="Aptos"/>
          <w:b/>
          <w:i w:val="0"/>
          <w:color w:val="213A3A"/>
          <w:sz w:val="21"/>
        </w:rPr>
        <w:t>Szociális kötődések</w:t>
      </w:r>
      <w:r>
        <w:rPr>
          <w:rFonts w:ascii="Aptos" w:hAnsi="Aptos"/>
          <w:b w:val="0"/>
          <w:i/>
          <w:color w:val="647878"/>
          <w:sz w:val="19"/>
        </w:rPr>
        <w:t xml:space="preserve"> (rokonhoz, állathoz…)</w:t>
      </w:r>
    </w:p>
    <w:p>
      <w:pPr>
        <w:keepLines/>
        <w:spacing w:after="40"/>
      </w:pPr>
      <w:r>
        <w:rPr>
          <w:rFonts w:ascii="Aptos" w:hAnsi="Aptos"/>
          <w:b w:val="0"/>
          <w:i w:val="0"/>
          <w:color w:val="B7CECC"/>
          <w:sz w:val="17"/>
        </w:rPr>
        <w:t>________________________________________________________________________________</w:t>
      </w:r>
    </w:p>
    <w:p>
      <w:pPr>
        <w:keepLines/>
        <w:spacing w:after="40"/>
      </w:pPr>
      <w:r>
        <w:rPr>
          <w:rFonts w:ascii="Aptos" w:hAnsi="Aptos"/>
          <w:b w:val="0"/>
          <w:i w:val="0"/>
          <w:color w:val="B7CECC"/>
          <w:sz w:val="17"/>
        </w:rPr>
        <w:t>________________________________________________________________________________</w:t>
      </w:r>
    </w:p>
    <w:p>
      <w:r>
        <w:br w:type="page"/>
      </w:r>
    </w:p>
    <w:p>
      <w:pPr>
        <w:keepNext/>
        <w:spacing w:after="200"/>
      </w:pPr>
      <w:r>
        <w:rPr>
          <w:rFonts w:ascii="Aptos Display" w:hAnsi="Aptos Display"/>
          <w:b/>
          <w:i w:val="0"/>
          <w:color w:val="2F7473"/>
          <w:sz w:val="32"/>
        </w:rPr>
        <w:t>Óvodás és iskolás gyermekekre vonatkozó kérdések</w:t>
      </w:r>
    </w:p>
    <w:p>
      <w:pPr>
        <w:pStyle w:val="Heading2"/>
      </w:pPr>
      <w:r>
        <w:t>Óvodás gyermekeknél</w:t>
      </w:r>
    </w:p>
    <w:p>
      <w:pPr>
        <w:keepNext/>
        <w:spacing w:before="60" w:after="40"/>
      </w:pPr>
      <w:r>
        <w:rPr>
          <w:rFonts w:ascii="Aptos" w:hAnsi="Aptos"/>
          <w:b/>
          <w:i w:val="0"/>
          <w:color w:val="213A3A"/>
          <w:sz w:val="21"/>
        </w:rPr>
        <w:t>Mi a gond az óvodában vele?</w:t>
      </w:r>
    </w:p>
    <w:p>
      <w:pPr>
        <w:keepLines/>
        <w:spacing w:after="40"/>
      </w:pPr>
      <w:r>
        <w:rPr>
          <w:rFonts w:ascii="Aptos" w:hAnsi="Aptos"/>
          <w:b w:val="0"/>
          <w:i w:val="0"/>
          <w:color w:val="B7CECC"/>
          <w:sz w:val="17"/>
        </w:rPr>
        <w:t>________________________________________________________________________________</w:t>
      </w:r>
    </w:p>
    <w:p>
      <w:pPr>
        <w:keepLines/>
        <w:spacing w:after="40"/>
      </w:pPr>
      <w:r>
        <w:rPr>
          <w:rFonts w:ascii="Aptos" w:hAnsi="Aptos"/>
          <w:b w:val="0"/>
          <w:i w:val="0"/>
          <w:color w:val="B7CECC"/>
          <w:sz w:val="17"/>
        </w:rPr>
        <w:t>________________________________________________________________________________</w:t>
      </w:r>
    </w:p>
    <w:p>
      <w:pPr>
        <w:keepNext/>
        <w:spacing w:before="60" w:after="40"/>
      </w:pPr>
      <w:r>
        <w:rPr>
          <w:rFonts w:ascii="Aptos" w:hAnsi="Aptos"/>
          <w:b/>
          <w:i w:val="0"/>
          <w:color w:val="213A3A"/>
          <w:sz w:val="21"/>
        </w:rPr>
        <w:t>Miben marad el / miben más, mint a többiek?</w:t>
      </w:r>
    </w:p>
    <w:p>
      <w:pPr>
        <w:keepLines/>
        <w:spacing w:after="40"/>
      </w:pPr>
      <w:r>
        <w:rPr>
          <w:rFonts w:ascii="Aptos" w:hAnsi="Aptos"/>
          <w:b w:val="0"/>
          <w:i w:val="0"/>
          <w:color w:val="B7CECC"/>
          <w:sz w:val="17"/>
        </w:rPr>
        <w:t>________________________________________________________________________________</w:t>
      </w:r>
    </w:p>
    <w:p>
      <w:pPr>
        <w:keepLines/>
        <w:spacing w:after="40"/>
      </w:pPr>
      <w:r>
        <w:rPr>
          <w:rFonts w:ascii="Aptos" w:hAnsi="Aptos"/>
          <w:b w:val="0"/>
          <w:i w:val="0"/>
          <w:color w:val="B7CECC"/>
          <w:sz w:val="17"/>
        </w:rPr>
        <w:t>________________________________________________________________________________</w:t>
      </w:r>
    </w:p>
    <w:p>
      <w:pPr>
        <w:keepNext/>
        <w:spacing w:before="60" w:after="40"/>
      </w:pPr>
      <w:r>
        <w:rPr>
          <w:rFonts w:ascii="Aptos" w:hAnsi="Aptos"/>
          <w:b/>
          <w:i w:val="0"/>
          <w:color w:val="213A3A"/>
          <w:sz w:val="21"/>
        </w:rPr>
        <w:t>Milyen az óvónőkkel való kapcsolata?</w:t>
      </w:r>
    </w:p>
    <w:p>
      <w:pPr>
        <w:keepLines/>
        <w:spacing w:after="40"/>
      </w:pPr>
      <w:r>
        <w:rPr>
          <w:rFonts w:ascii="Aptos" w:hAnsi="Aptos"/>
          <w:b w:val="0"/>
          <w:i w:val="0"/>
          <w:color w:val="B7CECC"/>
          <w:sz w:val="17"/>
        </w:rPr>
        <w:t>________________________________________________________________________________</w:t>
      </w:r>
    </w:p>
    <w:p>
      <w:pPr>
        <w:keepLines/>
        <w:spacing w:after="40"/>
      </w:pPr>
      <w:r>
        <w:rPr>
          <w:rFonts w:ascii="Aptos" w:hAnsi="Aptos"/>
          <w:b w:val="0"/>
          <w:i w:val="0"/>
          <w:color w:val="B7CECC"/>
          <w:sz w:val="17"/>
        </w:rPr>
        <w:t>________________________________________________________________________________</w:t>
      </w:r>
    </w:p>
    <w:p>
      <w:pPr>
        <w:keepNext/>
        <w:spacing w:before="60" w:after="40"/>
      </w:pPr>
      <w:r>
        <w:rPr>
          <w:rFonts w:ascii="Aptos" w:hAnsi="Aptos"/>
          <w:b/>
          <w:i w:val="0"/>
          <w:color w:val="213A3A"/>
          <w:sz w:val="21"/>
        </w:rPr>
        <w:t>Milyen a gyermekekkel való kapcsolata?</w:t>
      </w:r>
    </w:p>
    <w:p>
      <w:pPr>
        <w:keepLines/>
        <w:spacing w:after="40"/>
      </w:pPr>
      <w:r>
        <w:rPr>
          <w:rFonts w:ascii="Aptos" w:hAnsi="Aptos"/>
          <w:b w:val="0"/>
          <w:i w:val="0"/>
          <w:color w:val="B7CECC"/>
          <w:sz w:val="17"/>
        </w:rPr>
        <w:t>________________________________________________________________________________</w:t>
      </w:r>
    </w:p>
    <w:p>
      <w:pPr>
        <w:keepLines/>
        <w:spacing w:after="40"/>
      </w:pPr>
      <w:r>
        <w:rPr>
          <w:rFonts w:ascii="Aptos" w:hAnsi="Aptos"/>
          <w:b w:val="0"/>
          <w:i w:val="0"/>
          <w:color w:val="B7CECC"/>
          <w:sz w:val="17"/>
        </w:rPr>
        <w:t>________________________________________________________________________________</w:t>
      </w:r>
    </w:p>
    <w:p>
      <w:pPr>
        <w:keepNext/>
        <w:spacing w:before="60" w:after="40"/>
      </w:pPr>
      <w:r>
        <w:rPr>
          <w:rFonts w:ascii="Aptos" w:hAnsi="Aptos"/>
          <w:b/>
          <w:i w:val="0"/>
          <w:color w:val="213A3A"/>
          <w:sz w:val="21"/>
        </w:rPr>
        <w:t>Történt-e óvodaváltás? Miért?</w:t>
      </w:r>
    </w:p>
    <w:p>
      <w:pPr>
        <w:keepLines/>
        <w:spacing w:after="40"/>
      </w:pPr>
      <w:r>
        <w:rPr>
          <w:rFonts w:ascii="Aptos" w:hAnsi="Aptos"/>
          <w:b w:val="0"/>
          <w:i w:val="0"/>
          <w:color w:val="B7CECC"/>
          <w:sz w:val="17"/>
        </w:rPr>
        <w:t>________________________________________________________________________________</w:t>
      </w:r>
    </w:p>
    <w:p>
      <w:pPr>
        <w:keepLines/>
        <w:spacing w:after="40"/>
      </w:pPr>
      <w:r>
        <w:rPr>
          <w:rFonts w:ascii="Aptos" w:hAnsi="Aptos"/>
          <w:b w:val="0"/>
          <w:i w:val="0"/>
          <w:color w:val="B7CECC"/>
          <w:sz w:val="17"/>
        </w:rPr>
        <w:t>________________________________________________________________________________</w:t>
      </w:r>
    </w:p>
    <w:p>
      <w:pPr>
        <w:pStyle w:val="Heading2"/>
      </w:pPr>
      <w:r>
        <w:t>Iskolás gyermekeknél</w:t>
      </w:r>
    </w:p>
    <w:p>
      <w:pPr>
        <w:keepNext/>
        <w:spacing w:before="60" w:after="40"/>
      </w:pPr>
      <w:r>
        <w:rPr>
          <w:rFonts w:ascii="Aptos" w:hAnsi="Aptos"/>
          <w:b/>
          <w:i w:val="0"/>
          <w:color w:val="213A3A"/>
          <w:sz w:val="21"/>
        </w:rPr>
        <w:t>Mikor vették észre, és miből, hogy a gyermekkel probléma van?</w:t>
      </w:r>
    </w:p>
    <w:p>
      <w:pPr>
        <w:keepLines/>
        <w:spacing w:after="40"/>
      </w:pPr>
      <w:r>
        <w:rPr>
          <w:rFonts w:ascii="Aptos" w:hAnsi="Aptos"/>
          <w:b w:val="0"/>
          <w:i w:val="0"/>
          <w:color w:val="B7CECC"/>
          <w:sz w:val="17"/>
        </w:rPr>
        <w:t>________________________________________________________________________________</w:t>
      </w:r>
    </w:p>
    <w:p>
      <w:pPr>
        <w:keepLines/>
        <w:spacing w:after="40"/>
      </w:pPr>
      <w:r>
        <w:rPr>
          <w:rFonts w:ascii="Aptos" w:hAnsi="Aptos"/>
          <w:b w:val="0"/>
          <w:i w:val="0"/>
          <w:color w:val="B7CECC"/>
          <w:sz w:val="17"/>
        </w:rPr>
        <w:t>________________________________________________________________________________</w:t>
      </w:r>
    </w:p>
    <w:p>
      <w:pPr>
        <w:keepNext/>
        <w:spacing w:before="60" w:after="40"/>
      </w:pPr>
      <w:r>
        <w:rPr>
          <w:rFonts w:ascii="Aptos" w:hAnsi="Aptos"/>
          <w:b/>
          <w:i w:val="0"/>
          <w:color w:val="213A3A"/>
          <w:sz w:val="21"/>
        </w:rPr>
        <w:t>Mik voltak a kezdeti tünetek?</w:t>
      </w:r>
      <w:r>
        <w:rPr>
          <w:rFonts w:ascii="Aptos" w:hAnsi="Aptos"/>
          <w:b w:val="0"/>
          <w:i/>
          <w:color w:val="647878"/>
          <w:sz w:val="19"/>
        </w:rPr>
        <w:t xml:space="preserve"> (olvasásban, írásban, viselkedésben…)</w:t>
      </w:r>
    </w:p>
    <w:p>
      <w:pPr>
        <w:keepLines/>
        <w:spacing w:after="40"/>
      </w:pPr>
      <w:r>
        <w:rPr>
          <w:rFonts w:ascii="Aptos" w:hAnsi="Aptos"/>
          <w:b w:val="0"/>
          <w:i w:val="0"/>
          <w:color w:val="B7CECC"/>
          <w:sz w:val="17"/>
        </w:rPr>
        <w:t>________________________________________________________________________________</w:t>
      </w:r>
    </w:p>
    <w:p>
      <w:pPr>
        <w:keepLines/>
        <w:spacing w:after="40"/>
      </w:pPr>
      <w:r>
        <w:rPr>
          <w:rFonts w:ascii="Aptos" w:hAnsi="Aptos"/>
          <w:b w:val="0"/>
          <w:i w:val="0"/>
          <w:color w:val="B7CECC"/>
          <w:sz w:val="17"/>
        </w:rPr>
        <w:t>________________________________________________________________________________</w:t>
      </w:r>
    </w:p>
    <w:tbl>
      <w:tblPr>
        <w:tblW w:type="dxa" w:w="9921"/>
        <w:jc w:val="center"/>
        <w:tblLayout w:type="fixed"/>
        <w:tblLook w:firstColumn="1" w:firstRow="1" w:lastColumn="0" w:lastRow="0" w:noHBand="0" w:noVBand="1" w:val="04A0"/>
      </w:tblPr>
      <w:tblGrid>
        <w:gridCol w:w="9921"/>
      </w:tblGrid>
      <w:tr>
        <w:tc>
          <w:tcPr>
            <w:tcW w:type="dxa" w:w="9921"/>
            <w:tcMar>
              <w:top w:w="80" w:type="dxa"/>
              <w:start w:w="120" w:type="dxa"/>
              <w:bottom w:w="80" w:type="dxa"/>
              <w:end w:w="120" w:type="dxa"/>
            </w:tcMar>
            <w:shd w:fill="FFF7D6"/>
            <w:tcBorders>
              <w:top w:val="single" w:sz="8" w:color="E5C75C"/>
              <w:left w:val="single" w:sz="8" w:color="E5C75C"/>
              <w:bottom w:val="single" w:sz="8" w:color="E5C75C"/>
              <w:right w:val="single" w:sz="8" w:color="E5C75C"/>
            </w:tcBorders>
          </w:tcPr>
          <w:p>
            <w:r>
              <w:rPr>
                <w:rFonts w:ascii="Aptos" w:hAnsi="Aptos"/>
                <w:b w:val="0"/>
                <w:i w:val="0"/>
                <w:color w:val="213A3A"/>
                <w:sz w:val="19"/>
              </w:rPr>
              <w:t>Példák: betűtévesztések, betűkihagyások, szóvégek elhagyása, szótagfelcserélések, rövid–hosszú magán- vagy mássalhangzók megkülönböztetése, hangsúlyozás, a mondat vagy szöveg megértésének nehézsége…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keepNext/>
        <w:spacing w:after="200"/>
      </w:pPr>
      <w:r>
        <w:rPr>
          <w:rFonts w:ascii="Aptos Display" w:hAnsi="Aptos Display"/>
          <w:b/>
          <w:i w:val="0"/>
          <w:color w:val="2F7473"/>
          <w:sz w:val="32"/>
        </w:rPr>
        <w:t>Szövegértés, tanulás és pszichológiai helyzet</w:t>
      </w:r>
    </w:p>
    <w:p>
      <w:pPr>
        <w:pStyle w:val="Heading2"/>
      </w:pPr>
      <w:r>
        <w:t>Szövegértési előzmények</w:t>
      </w:r>
    </w:p>
    <w:p>
      <w:pPr>
        <w:keepNext/>
        <w:spacing w:before="60" w:after="40"/>
      </w:pPr>
      <w:r>
        <w:rPr>
          <w:rFonts w:ascii="Aptos" w:hAnsi="Aptos"/>
          <w:b/>
          <w:i w:val="0"/>
          <w:color w:val="213A3A"/>
          <w:sz w:val="21"/>
        </w:rPr>
        <w:t>Kisebb gyermekeknél</w:t>
      </w:r>
      <w:r>
        <w:rPr>
          <w:rFonts w:ascii="Aptos" w:hAnsi="Aptos"/>
          <w:b w:val="0"/>
          <w:i/>
          <w:color w:val="647878"/>
          <w:sz w:val="19"/>
        </w:rPr>
        <w:t xml:space="preserve"> Hogyan viszonyul a hallott és látott mesékhez? Van-e rituális mesehallgatás? Milyen gyakran mesél a szülő, fejből vagy könyvből? A gyermek érti-e a mesét?</w:t>
      </w:r>
    </w:p>
    <w:p>
      <w:pPr>
        <w:keepLines/>
        <w:spacing w:after="40"/>
      </w:pPr>
      <w:r>
        <w:rPr>
          <w:rFonts w:ascii="Aptos" w:hAnsi="Aptos"/>
          <w:b w:val="0"/>
          <w:i w:val="0"/>
          <w:color w:val="B7CECC"/>
          <w:sz w:val="17"/>
        </w:rPr>
        <w:t>________________________________________________________________________________</w:t>
      </w:r>
    </w:p>
    <w:p>
      <w:pPr>
        <w:keepLines/>
        <w:spacing w:after="40"/>
      </w:pPr>
      <w:r>
        <w:rPr>
          <w:rFonts w:ascii="Aptos" w:hAnsi="Aptos"/>
          <w:b w:val="0"/>
          <w:i w:val="0"/>
          <w:color w:val="B7CECC"/>
          <w:sz w:val="17"/>
        </w:rPr>
        <w:t>________________________________________________________________________________</w:t>
      </w:r>
    </w:p>
    <w:p>
      <w:pPr>
        <w:keepLines/>
        <w:spacing w:after="40"/>
      </w:pPr>
      <w:r>
        <w:rPr>
          <w:rFonts w:ascii="Aptos" w:hAnsi="Aptos"/>
          <w:b w:val="0"/>
          <w:i w:val="0"/>
          <w:color w:val="B7CECC"/>
          <w:sz w:val="17"/>
        </w:rPr>
        <w:t>________________________________________________________________________________</w:t>
      </w:r>
    </w:p>
    <w:p>
      <w:pPr>
        <w:keepNext/>
        <w:spacing w:before="60" w:after="40"/>
      </w:pPr>
      <w:r>
        <w:rPr>
          <w:rFonts w:ascii="Aptos" w:hAnsi="Aptos"/>
          <w:b/>
          <w:i w:val="0"/>
          <w:color w:val="213A3A"/>
          <w:sz w:val="21"/>
        </w:rPr>
        <w:t>Nagyobb gyermekeknél</w:t>
      </w:r>
      <w:r>
        <w:rPr>
          <w:rFonts w:ascii="Aptos" w:hAnsi="Aptos"/>
          <w:b w:val="0"/>
          <w:i/>
          <w:color w:val="647878"/>
          <w:sz w:val="19"/>
        </w:rPr>
        <w:t xml:space="preserve"> Meseértés, szövegértés; mit olvas?</w:t>
      </w:r>
    </w:p>
    <w:p>
      <w:pPr>
        <w:keepLines/>
        <w:spacing w:after="40"/>
      </w:pPr>
      <w:r>
        <w:rPr>
          <w:rFonts w:ascii="Aptos" w:hAnsi="Aptos"/>
          <w:b w:val="0"/>
          <w:i w:val="0"/>
          <w:color w:val="B7CECC"/>
          <w:sz w:val="17"/>
        </w:rPr>
        <w:t>________________________________________________________________________________</w:t>
      </w:r>
    </w:p>
    <w:p>
      <w:pPr>
        <w:keepLines/>
        <w:spacing w:after="40"/>
      </w:pPr>
      <w:r>
        <w:rPr>
          <w:rFonts w:ascii="Aptos" w:hAnsi="Aptos"/>
          <w:b w:val="0"/>
          <w:i w:val="0"/>
          <w:color w:val="B7CECC"/>
          <w:sz w:val="17"/>
        </w:rPr>
        <w:t>________________________________________________________________________________</w:t>
      </w:r>
    </w:p>
    <w:p>
      <w:pPr>
        <w:keepNext/>
        <w:spacing w:before="60" w:after="40"/>
      </w:pPr>
      <w:r>
        <w:rPr>
          <w:rFonts w:ascii="Aptos" w:hAnsi="Aptos"/>
          <w:b/>
          <w:i w:val="0"/>
          <w:color w:val="213A3A"/>
          <w:sz w:val="21"/>
        </w:rPr>
        <w:t>Hogyan alakult a gyermek viszonya az iskolával, tanárokkal, gyermekekkel?</w:t>
      </w:r>
      <w:r>
        <w:rPr>
          <w:rFonts w:ascii="Aptos" w:hAnsi="Aptos"/>
          <w:b w:val="0"/>
          <w:i/>
          <w:color w:val="647878"/>
          <w:sz w:val="19"/>
        </w:rPr>
        <w:t xml:space="preserve"> Milyen iskolába jár? Volt-e iskolaváltás? Ha igen, miért?</w:t>
      </w:r>
    </w:p>
    <w:p>
      <w:pPr>
        <w:keepLines/>
        <w:spacing w:after="40"/>
      </w:pPr>
      <w:r>
        <w:rPr>
          <w:rFonts w:ascii="Aptos" w:hAnsi="Aptos"/>
          <w:b w:val="0"/>
          <w:i w:val="0"/>
          <w:color w:val="B7CECC"/>
          <w:sz w:val="17"/>
        </w:rPr>
        <w:t>________________________________________________________________________________</w:t>
      </w:r>
    </w:p>
    <w:p>
      <w:pPr>
        <w:keepLines/>
        <w:spacing w:after="40"/>
      </w:pPr>
      <w:r>
        <w:rPr>
          <w:rFonts w:ascii="Aptos" w:hAnsi="Aptos"/>
          <w:b w:val="0"/>
          <w:i w:val="0"/>
          <w:color w:val="B7CECC"/>
          <w:sz w:val="17"/>
        </w:rPr>
        <w:t>________________________________________________________________________________</w:t>
      </w:r>
    </w:p>
    <w:p>
      <w:pPr>
        <w:keepLines/>
        <w:spacing w:after="40"/>
      </w:pPr>
      <w:r>
        <w:rPr>
          <w:rFonts w:ascii="Aptos" w:hAnsi="Aptos"/>
          <w:b w:val="0"/>
          <w:i w:val="0"/>
          <w:color w:val="B7CECC"/>
          <w:sz w:val="17"/>
        </w:rPr>
        <w:t>________________________________________________________________________________</w:t>
      </w:r>
    </w:p>
    <w:p>
      <w:pPr>
        <w:keepNext/>
        <w:spacing w:before="60" w:after="40"/>
      </w:pPr>
      <w:r>
        <w:rPr>
          <w:rFonts w:ascii="Aptos" w:hAnsi="Aptos"/>
          <w:b/>
          <w:i w:val="0"/>
          <w:color w:val="213A3A"/>
          <w:sz w:val="21"/>
        </w:rPr>
        <w:t>Milyen tankönyvből tanult olvasni? Milyen módszerrel?</w:t>
      </w:r>
    </w:p>
    <w:p>
      <w:pPr>
        <w:keepLines/>
        <w:spacing w:after="40"/>
      </w:pPr>
      <w:r>
        <w:rPr>
          <w:rFonts w:ascii="Aptos" w:hAnsi="Aptos"/>
          <w:b w:val="0"/>
          <w:i w:val="0"/>
          <w:color w:val="B7CECC"/>
          <w:sz w:val="17"/>
        </w:rPr>
        <w:t>________________________________________________________________________________</w:t>
      </w:r>
    </w:p>
    <w:p>
      <w:pPr>
        <w:keepLines/>
        <w:spacing w:after="40"/>
      </w:pPr>
      <w:r>
        <w:rPr>
          <w:rFonts w:ascii="Aptos" w:hAnsi="Aptos"/>
          <w:b w:val="0"/>
          <w:i w:val="0"/>
          <w:color w:val="B7CECC"/>
          <w:sz w:val="17"/>
        </w:rPr>
        <w:t>________________________________________________________________________________</w:t>
      </w:r>
    </w:p>
    <w:p>
      <w:pPr>
        <w:keepNext/>
        <w:spacing w:before="60" w:after="40"/>
      </w:pPr>
      <w:r>
        <w:rPr>
          <w:rFonts w:ascii="Aptos" w:hAnsi="Aptos"/>
          <w:b/>
          <w:i w:val="0"/>
          <w:color w:val="213A3A"/>
          <w:sz w:val="21"/>
        </w:rPr>
        <w:t>Figyelme otthon</w:t>
      </w:r>
    </w:p>
    <w:p>
      <w:pPr>
        <w:keepLines/>
        <w:spacing w:after="40"/>
      </w:pPr>
      <w:r>
        <w:rPr>
          <w:rFonts w:ascii="Aptos" w:hAnsi="Aptos"/>
          <w:b w:val="0"/>
          <w:i w:val="0"/>
          <w:color w:val="B7CECC"/>
          <w:sz w:val="17"/>
        </w:rPr>
        <w:t>________________________________________________________________________________</w:t>
      </w:r>
    </w:p>
    <w:p>
      <w:pPr>
        <w:keepNext/>
        <w:spacing w:before="60" w:after="40"/>
      </w:pPr>
      <w:r>
        <w:rPr>
          <w:rFonts w:ascii="Aptos" w:hAnsi="Aptos"/>
          <w:b/>
          <w:i w:val="0"/>
          <w:color w:val="213A3A"/>
          <w:sz w:val="21"/>
        </w:rPr>
        <w:t>Figyelme az intézményben</w:t>
      </w:r>
    </w:p>
    <w:p>
      <w:pPr>
        <w:keepLines/>
        <w:spacing w:after="40"/>
      </w:pPr>
      <w:r>
        <w:rPr>
          <w:rFonts w:ascii="Aptos" w:hAnsi="Aptos"/>
          <w:b w:val="0"/>
          <w:i w:val="0"/>
          <w:color w:val="B7CECC"/>
          <w:sz w:val="17"/>
        </w:rPr>
        <w:t>________________________________________________________________________________</w:t>
      </w:r>
    </w:p>
    <w:p>
      <w:pPr>
        <w:keepNext/>
        <w:spacing w:before="60" w:after="40"/>
      </w:pPr>
      <w:r>
        <w:rPr>
          <w:rFonts w:ascii="Aptos" w:hAnsi="Aptos"/>
          <w:b/>
          <w:i w:val="0"/>
          <w:color w:val="213A3A"/>
          <w:sz w:val="21"/>
        </w:rPr>
        <w:t>Feladattudata</w:t>
      </w:r>
    </w:p>
    <w:p>
      <w:pPr>
        <w:keepLines/>
        <w:spacing w:after="40"/>
      </w:pPr>
      <w:r>
        <w:rPr>
          <w:rFonts w:ascii="Aptos" w:hAnsi="Aptos"/>
          <w:b w:val="0"/>
          <w:i w:val="0"/>
          <w:color w:val="B7CECC"/>
          <w:sz w:val="17"/>
        </w:rPr>
        <w:t>________________________________________________________________________________</w:t>
      </w:r>
    </w:p>
    <w:p>
      <w:pPr>
        <w:keepNext/>
        <w:spacing w:before="60" w:after="40"/>
      </w:pPr>
      <w:r>
        <w:rPr>
          <w:rFonts w:ascii="Aptos" w:hAnsi="Aptos"/>
          <w:b/>
          <w:i w:val="0"/>
          <w:color w:val="213A3A"/>
          <w:sz w:val="21"/>
        </w:rPr>
        <w:t>Van-e állandó feladata otthon? Miben szeret segíteni?</w:t>
      </w:r>
    </w:p>
    <w:p>
      <w:pPr>
        <w:keepLines/>
        <w:spacing w:after="40"/>
      </w:pPr>
      <w:r>
        <w:rPr>
          <w:rFonts w:ascii="Aptos" w:hAnsi="Aptos"/>
          <w:b w:val="0"/>
          <w:i w:val="0"/>
          <w:color w:val="B7CECC"/>
          <w:sz w:val="17"/>
        </w:rPr>
        <w:t>________________________________________________________________________________</w:t>
      </w:r>
    </w:p>
    <w:p>
      <w:pPr>
        <w:keepLines/>
        <w:spacing w:after="40"/>
      </w:pPr>
      <w:r>
        <w:rPr>
          <w:rFonts w:ascii="Aptos" w:hAnsi="Aptos"/>
          <w:b w:val="0"/>
          <w:i w:val="0"/>
          <w:color w:val="B7CECC"/>
          <w:sz w:val="17"/>
        </w:rPr>
        <w:t>________________________________________________________________________________</w:t>
      </w:r>
    </w:p>
    <w:p>
      <w:pPr>
        <w:keepNext/>
        <w:spacing w:before="60" w:after="40"/>
      </w:pPr>
      <w:r>
        <w:rPr>
          <w:rFonts w:ascii="Aptos" w:hAnsi="Aptos"/>
          <w:b/>
          <w:i w:val="0"/>
          <w:color w:val="213A3A"/>
          <w:sz w:val="21"/>
        </w:rPr>
        <w:t>Tanulás</w:t>
      </w:r>
    </w:p>
    <w:p>
      <w:pPr>
        <w:keepLines/>
        <w:spacing w:after="40"/>
      </w:pPr>
      <w:r>
        <w:rPr>
          <w:rFonts w:ascii="Aptos" w:hAnsi="Aptos"/>
          <w:b w:val="0"/>
          <w:i w:val="0"/>
          <w:color w:val="B7CECC"/>
          <w:sz w:val="17"/>
        </w:rPr>
        <w:t>________________________________________________________________________________</w:t>
      </w:r>
    </w:p>
    <w:p>
      <w:pPr>
        <w:keepNext/>
        <w:spacing w:before="60" w:after="40"/>
      </w:pPr>
      <w:r>
        <w:rPr>
          <w:rFonts w:ascii="Aptos" w:hAnsi="Aptos"/>
          <w:b/>
          <w:i w:val="0"/>
          <w:color w:val="213A3A"/>
          <w:sz w:val="21"/>
        </w:rPr>
        <w:t>Miben kreatív a gyermek?</w:t>
      </w:r>
    </w:p>
    <w:p>
      <w:pPr>
        <w:keepLines/>
        <w:spacing w:after="40"/>
      </w:pPr>
      <w:r>
        <w:rPr>
          <w:rFonts w:ascii="Aptos" w:hAnsi="Aptos"/>
          <w:b w:val="0"/>
          <w:i w:val="0"/>
          <w:color w:val="B7CECC"/>
          <w:sz w:val="17"/>
        </w:rPr>
        <w:t>________________________________________________________________________________</w:t>
      </w:r>
    </w:p>
    <w:p>
      <w:pPr>
        <w:keepNext/>
        <w:spacing w:before="60" w:after="40"/>
      </w:pPr>
      <w:r>
        <w:rPr>
          <w:rFonts w:ascii="Aptos" w:hAnsi="Aptos"/>
          <w:b/>
          <w:i w:val="0"/>
          <w:color w:val="213A3A"/>
          <w:sz w:val="21"/>
        </w:rPr>
        <w:t>Kudarctűrő képessége</w:t>
      </w:r>
      <w:r>
        <w:rPr>
          <w:rFonts w:ascii="Aptos" w:hAnsi="Aptos"/>
          <w:b w:val="0"/>
          <w:i/>
          <w:color w:val="647878"/>
          <w:sz w:val="19"/>
        </w:rPr>
        <w:t xml:space="preserve"> (mit csinál, ha kudarc éri)</w:t>
      </w:r>
    </w:p>
    <w:p>
      <w:pPr>
        <w:keepLines/>
        <w:spacing w:after="40"/>
      </w:pPr>
      <w:r>
        <w:rPr>
          <w:rFonts w:ascii="Aptos" w:hAnsi="Aptos"/>
          <w:b w:val="0"/>
          <w:i w:val="0"/>
          <w:color w:val="B7CECC"/>
          <w:sz w:val="17"/>
        </w:rPr>
        <w:t>________________________________________________________________________________</w:t>
      </w:r>
    </w:p>
    <w:p>
      <w:pPr>
        <w:keepLines/>
        <w:spacing w:after="40"/>
      </w:pPr>
      <w:r>
        <w:rPr>
          <w:rFonts w:ascii="Aptos" w:hAnsi="Aptos"/>
          <w:b w:val="0"/>
          <w:i w:val="0"/>
          <w:color w:val="B7CECC"/>
          <w:sz w:val="17"/>
        </w:rPr>
        <w:t>________________________________________________________________________________</w:t>
      </w:r>
    </w:p>
    <w:p>
      <w:pPr>
        <w:keepNext/>
        <w:spacing w:before="60" w:after="40"/>
      </w:pPr>
      <w:r>
        <w:rPr>
          <w:rFonts w:ascii="Aptos" w:hAnsi="Aptos"/>
          <w:b/>
          <w:i w:val="0"/>
          <w:color w:val="213A3A"/>
          <w:sz w:val="21"/>
        </w:rPr>
        <w:t>Pszichológiai helyzet</w:t>
      </w:r>
    </w:p>
    <w:p>
      <w:pPr>
        <w:keepLines/>
        <w:spacing w:after="40"/>
      </w:pPr>
      <w:r>
        <w:rPr>
          <w:rFonts w:ascii="Aptos" w:hAnsi="Aptos"/>
          <w:b w:val="0"/>
          <w:i w:val="0"/>
          <w:color w:val="B7CECC"/>
          <w:sz w:val="17"/>
        </w:rPr>
        <w:t>________________________________________________________________________________</w:t>
      </w:r>
    </w:p>
    <w:p>
      <w:pPr>
        <w:keepLines/>
        <w:spacing w:after="40"/>
      </w:pPr>
      <w:r>
        <w:rPr>
          <w:rFonts w:ascii="Aptos" w:hAnsi="Aptos"/>
          <w:b w:val="0"/>
          <w:i w:val="0"/>
          <w:color w:val="B7CECC"/>
          <w:sz w:val="17"/>
        </w:rPr>
        <w:t>________________________________________________________________________________</w:t>
      </w:r>
    </w:p>
    <w:p>
      <w:r>
        <w:br w:type="page"/>
      </w:r>
    </w:p>
    <w:p>
      <w:pPr>
        <w:keepNext/>
        <w:spacing w:after="200"/>
      </w:pPr>
      <w:r>
        <w:rPr>
          <w:rFonts w:ascii="Aptos Display" w:hAnsi="Aptos Display"/>
          <w:b/>
          <w:i w:val="0"/>
          <w:color w:val="2F7473"/>
          <w:sz w:val="32"/>
        </w:rPr>
        <w:t>Médiahasználat és a gyermek személyisége</w:t>
      </w:r>
    </w:p>
    <w:p>
      <w:pPr>
        <w:pStyle w:val="Heading2"/>
      </w:pPr>
      <w:r>
        <w:t>TV-, telefon-, monitor- és számítógép-használat</w:t>
      </w:r>
    </w:p>
    <w:p>
      <w:pPr>
        <w:keepNext/>
        <w:spacing w:before="60" w:after="40"/>
      </w:pPr>
      <w:r>
        <w:rPr>
          <w:rFonts w:ascii="Aptos" w:hAnsi="Aptos"/>
          <w:b/>
          <w:i w:val="0"/>
          <w:color w:val="213A3A"/>
          <w:sz w:val="21"/>
        </w:rPr>
        <w:t>Ideje naponta</w:t>
      </w:r>
    </w:p>
    <w:p>
      <w:pPr>
        <w:keepLines/>
        <w:spacing w:after="40"/>
      </w:pPr>
      <w:r>
        <w:rPr>
          <w:rFonts w:ascii="Aptos" w:hAnsi="Aptos"/>
          <w:b w:val="0"/>
          <w:i w:val="0"/>
          <w:color w:val="B7CECC"/>
          <w:sz w:val="17"/>
        </w:rPr>
        <w:t>________________________________________________________________________________</w:t>
      </w:r>
    </w:p>
    <w:p>
      <w:pPr>
        <w:keepNext/>
        <w:spacing w:before="60" w:after="40"/>
      </w:pPr>
      <w:r>
        <w:rPr>
          <w:rFonts w:ascii="Aptos" w:hAnsi="Aptos"/>
          <w:b/>
          <w:i w:val="0"/>
          <w:color w:val="213A3A"/>
          <w:sz w:val="21"/>
        </w:rPr>
        <w:t>Mit szeret nézni?</w:t>
      </w:r>
    </w:p>
    <w:p>
      <w:pPr>
        <w:keepLines/>
        <w:spacing w:after="40"/>
      </w:pPr>
      <w:r>
        <w:rPr>
          <w:rFonts w:ascii="Aptos" w:hAnsi="Aptos"/>
          <w:b w:val="0"/>
          <w:i w:val="0"/>
          <w:color w:val="B7CECC"/>
          <w:sz w:val="17"/>
        </w:rPr>
        <w:t>________________________________________________________________________________</w:t>
      </w:r>
    </w:p>
    <w:p>
      <w:pPr>
        <w:keepNext/>
        <w:spacing w:before="60" w:after="40"/>
      </w:pPr>
      <w:r>
        <w:rPr>
          <w:rFonts w:ascii="Aptos" w:hAnsi="Aptos"/>
          <w:b/>
          <w:i w:val="0"/>
          <w:color w:val="213A3A"/>
          <w:sz w:val="21"/>
        </w:rPr>
        <w:t>Hogyan szabályozzák ezt a szülők?</w:t>
      </w:r>
    </w:p>
    <w:p>
      <w:pPr>
        <w:keepLines/>
        <w:spacing w:after="40"/>
      </w:pPr>
      <w:r>
        <w:rPr>
          <w:rFonts w:ascii="Aptos" w:hAnsi="Aptos"/>
          <w:b w:val="0"/>
          <w:i w:val="0"/>
          <w:color w:val="B7CECC"/>
          <w:sz w:val="17"/>
        </w:rPr>
        <w:t>________________________________________________________________________________</w:t>
      </w:r>
    </w:p>
    <w:p>
      <w:pPr>
        <w:keepLines/>
        <w:spacing w:after="40"/>
      </w:pPr>
      <w:r>
        <w:rPr>
          <w:rFonts w:ascii="Aptos" w:hAnsi="Aptos"/>
          <w:b w:val="0"/>
          <w:i w:val="0"/>
          <w:color w:val="B7CECC"/>
          <w:sz w:val="17"/>
        </w:rPr>
        <w:t>________________________________________________________________________________</w:t>
      </w:r>
    </w:p>
    <w:p>
      <w:pPr>
        <w:pStyle w:val="Heading2"/>
      </w:pPr>
      <w:r>
        <w:t>A gyermek személyiségére vonatkozó kérdések</w:t>
      </w:r>
    </w:p>
    <w:p>
      <w:pPr>
        <w:keepNext/>
        <w:spacing w:before="60" w:after="40"/>
      </w:pPr>
      <w:r>
        <w:rPr>
          <w:rFonts w:ascii="Aptos" w:hAnsi="Aptos"/>
          <w:b/>
          <w:i w:val="0"/>
          <w:color w:val="213A3A"/>
          <w:sz w:val="21"/>
        </w:rPr>
        <w:t>Hogyan és mivel játszott és játszik a legszívesebben?</w:t>
      </w:r>
    </w:p>
    <w:p>
      <w:pPr>
        <w:keepLines/>
        <w:spacing w:after="40"/>
      </w:pPr>
      <w:r>
        <w:rPr>
          <w:rFonts w:ascii="Aptos" w:hAnsi="Aptos"/>
          <w:b w:val="0"/>
          <w:i w:val="0"/>
          <w:color w:val="B7CECC"/>
          <w:sz w:val="17"/>
        </w:rPr>
        <w:t>________________________________________________________________________________</w:t>
      </w:r>
    </w:p>
    <w:p>
      <w:pPr>
        <w:keepNext/>
        <w:spacing w:before="60" w:after="40"/>
      </w:pPr>
      <w:r>
        <w:rPr>
          <w:rFonts w:ascii="Aptos" w:hAnsi="Aptos"/>
          <w:b/>
          <w:i w:val="0"/>
          <w:color w:val="213A3A"/>
          <w:sz w:val="21"/>
        </w:rPr>
        <w:t>Volt-e szokatlan kedvtelése? (pörgés, tűz…)</w:t>
      </w:r>
    </w:p>
    <w:p>
      <w:pPr>
        <w:keepLines/>
        <w:spacing w:after="40"/>
      </w:pPr>
      <w:r>
        <w:rPr>
          <w:rFonts w:ascii="Aptos" w:hAnsi="Aptos"/>
          <w:b w:val="0"/>
          <w:i w:val="0"/>
          <w:color w:val="B7CECC"/>
          <w:sz w:val="17"/>
        </w:rPr>
        <w:t>________________________________________________________________________________</w:t>
      </w:r>
    </w:p>
    <w:p>
      <w:pPr>
        <w:keepNext/>
        <w:spacing w:before="60" w:after="40"/>
      </w:pPr>
      <w:r>
        <w:rPr>
          <w:rFonts w:ascii="Aptos" w:hAnsi="Aptos"/>
          <w:b/>
          <w:i w:val="0"/>
          <w:color w:val="213A3A"/>
          <w:sz w:val="21"/>
        </w:rPr>
        <w:t>Hogyan fér össze a testvéreivel? (alkalmazkodó, dirigálós…)</w:t>
      </w:r>
    </w:p>
    <w:p>
      <w:pPr>
        <w:keepLines/>
        <w:spacing w:after="40"/>
      </w:pPr>
      <w:r>
        <w:rPr>
          <w:rFonts w:ascii="Aptos" w:hAnsi="Aptos"/>
          <w:b w:val="0"/>
          <w:i w:val="0"/>
          <w:color w:val="B7CECC"/>
          <w:sz w:val="17"/>
        </w:rPr>
        <w:t>________________________________________________________________________________</w:t>
      </w:r>
    </w:p>
    <w:p>
      <w:pPr>
        <w:keepNext/>
        <w:spacing w:before="60" w:after="40"/>
      </w:pPr>
      <w:r>
        <w:rPr>
          <w:rFonts w:ascii="Aptos" w:hAnsi="Aptos"/>
          <w:b/>
          <w:i w:val="0"/>
          <w:color w:val="213A3A"/>
          <w:sz w:val="21"/>
        </w:rPr>
        <w:t>Hogyan fér össze társaival, a családdal?</w:t>
      </w:r>
    </w:p>
    <w:p>
      <w:pPr>
        <w:keepLines/>
        <w:spacing w:after="40"/>
      </w:pPr>
      <w:r>
        <w:rPr>
          <w:rFonts w:ascii="Aptos" w:hAnsi="Aptos"/>
          <w:b w:val="0"/>
          <w:i w:val="0"/>
          <w:color w:val="B7CECC"/>
          <w:sz w:val="17"/>
        </w:rPr>
        <w:t>________________________________________________________________________________</w:t>
      </w:r>
    </w:p>
    <w:p>
      <w:pPr>
        <w:keepNext/>
        <w:spacing w:before="60" w:after="40"/>
      </w:pPr>
      <w:r>
        <w:rPr>
          <w:rFonts w:ascii="Aptos" w:hAnsi="Aptos"/>
          <w:b/>
          <w:i w:val="0"/>
          <w:color w:val="213A3A"/>
          <w:sz w:val="21"/>
        </w:rPr>
        <w:t>Hogyan viseli a kudarcot, mit tesz?</w:t>
      </w:r>
    </w:p>
    <w:p>
      <w:pPr>
        <w:keepLines/>
        <w:spacing w:after="40"/>
      </w:pPr>
      <w:r>
        <w:rPr>
          <w:rFonts w:ascii="Aptos" w:hAnsi="Aptos"/>
          <w:b w:val="0"/>
          <w:i w:val="0"/>
          <w:color w:val="B7CECC"/>
          <w:sz w:val="17"/>
        </w:rPr>
        <w:t>________________________________________________________________________________</w:t>
      </w:r>
    </w:p>
    <w:p>
      <w:pPr>
        <w:keepNext/>
        <w:spacing w:before="60" w:after="40"/>
      </w:pPr>
      <w:r>
        <w:rPr>
          <w:rFonts w:ascii="Aptos" w:hAnsi="Aptos"/>
          <w:b/>
          <w:i w:val="0"/>
          <w:color w:val="213A3A"/>
          <w:sz w:val="21"/>
        </w:rPr>
        <w:t>Hogyan viseli a sikert, mit tesz?</w:t>
      </w:r>
    </w:p>
    <w:p>
      <w:pPr>
        <w:keepLines/>
        <w:spacing w:after="40"/>
      </w:pPr>
      <w:r>
        <w:rPr>
          <w:rFonts w:ascii="Aptos" w:hAnsi="Aptos"/>
          <w:b w:val="0"/>
          <w:i w:val="0"/>
          <w:color w:val="B7CECC"/>
          <w:sz w:val="17"/>
        </w:rPr>
        <w:t>________________________________________________________________________________</w:t>
      </w:r>
    </w:p>
    <w:p>
      <w:pPr>
        <w:keepNext/>
        <w:spacing w:before="60" w:after="40"/>
      </w:pPr>
      <w:r>
        <w:rPr>
          <w:rFonts w:ascii="Aptos" w:hAnsi="Aptos"/>
          <w:b/>
          <w:i w:val="0"/>
          <w:color w:val="213A3A"/>
          <w:sz w:val="21"/>
        </w:rPr>
        <w:t>Erőszakos-e (verekedés, szóbeli agresszivitás), vagy túlságosan visszahúzódó?</w:t>
      </w:r>
    </w:p>
    <w:p>
      <w:pPr>
        <w:keepLines/>
        <w:spacing w:after="40"/>
      </w:pPr>
      <w:r>
        <w:rPr>
          <w:rFonts w:ascii="Aptos" w:hAnsi="Aptos"/>
          <w:b w:val="0"/>
          <w:i w:val="0"/>
          <w:color w:val="B7CECC"/>
          <w:sz w:val="17"/>
        </w:rPr>
        <w:t>________________________________________________________________________________</w:t>
      </w:r>
    </w:p>
    <w:p>
      <w:r>
        <w:br w:type="page"/>
      </w:r>
    </w:p>
    <w:p>
      <w:pPr>
        <w:keepNext/>
        <w:spacing w:after="200"/>
      </w:pPr>
      <w:r>
        <w:rPr>
          <w:rFonts w:ascii="Aptos Display" w:hAnsi="Aptos Display"/>
          <w:b/>
          <w:i w:val="0"/>
          <w:color w:val="2F7473"/>
          <w:sz w:val="32"/>
        </w:rPr>
        <w:t>Mondatbefejezések és egyéb észrevételek</w:t>
      </w:r>
    </w:p>
    <w:p>
      <w:pPr>
        <w:pStyle w:val="Heading2"/>
      </w:pPr>
      <w:r>
        <w:t>Kérjük, fejezze be az alábbi mondatokat!</w:t>
      </w:r>
    </w:p>
    <w:p>
      <w:pPr>
        <w:keepNext/>
        <w:spacing w:before="60" w:after="40"/>
      </w:pPr>
      <w:r>
        <w:rPr>
          <w:rFonts w:ascii="Aptos" w:hAnsi="Aptos"/>
          <w:b/>
          <w:i w:val="0"/>
          <w:color w:val="213A3A"/>
          <w:sz w:val="21"/>
        </w:rPr>
        <w:t>Ez a gyermek tisztára … (apja, apósom, anyám, én vagyok…)</w:t>
      </w:r>
    </w:p>
    <w:p>
      <w:pPr>
        <w:keepLines/>
        <w:spacing w:after="40"/>
      </w:pPr>
      <w:r>
        <w:rPr>
          <w:rFonts w:ascii="Aptos" w:hAnsi="Aptos"/>
          <w:b w:val="0"/>
          <w:i w:val="0"/>
          <w:color w:val="B7CECC"/>
          <w:sz w:val="17"/>
        </w:rPr>
        <w:t>________________________________________________________________________________</w:t>
      </w:r>
    </w:p>
    <w:p>
      <w:pPr>
        <w:keepNext/>
        <w:spacing w:before="60" w:after="40"/>
      </w:pPr>
      <w:r>
        <w:rPr>
          <w:rFonts w:ascii="Aptos" w:hAnsi="Aptos"/>
          <w:b/>
          <w:i w:val="0"/>
          <w:color w:val="213A3A"/>
          <w:sz w:val="21"/>
        </w:rPr>
        <w:t>Pont olyan, mint …</w:t>
      </w:r>
    </w:p>
    <w:p>
      <w:pPr>
        <w:keepLines/>
        <w:spacing w:after="40"/>
      </w:pPr>
      <w:r>
        <w:rPr>
          <w:rFonts w:ascii="Aptos" w:hAnsi="Aptos"/>
          <w:b w:val="0"/>
          <w:i w:val="0"/>
          <w:color w:val="B7CECC"/>
          <w:sz w:val="17"/>
        </w:rPr>
        <w:t>________________________________________________________________________________</w:t>
      </w:r>
    </w:p>
    <w:p>
      <w:pPr>
        <w:keepNext/>
        <w:spacing w:before="60" w:after="40"/>
      </w:pPr>
      <w:r>
        <w:rPr>
          <w:rFonts w:ascii="Aptos" w:hAnsi="Aptos"/>
          <w:b/>
          <w:i w:val="0"/>
          <w:color w:val="213A3A"/>
          <w:sz w:val="21"/>
        </w:rPr>
        <w:t>A legjobban azzal tud felidegesíteni, …</w:t>
      </w:r>
    </w:p>
    <w:p>
      <w:pPr>
        <w:keepLines/>
        <w:spacing w:after="40"/>
      </w:pPr>
      <w:r>
        <w:rPr>
          <w:rFonts w:ascii="Aptos" w:hAnsi="Aptos"/>
          <w:b w:val="0"/>
          <w:i w:val="0"/>
          <w:color w:val="B7CECC"/>
          <w:sz w:val="17"/>
        </w:rPr>
        <w:t>________________________________________________________________________________</w:t>
      </w:r>
    </w:p>
    <w:p>
      <w:pPr>
        <w:keepNext/>
        <w:spacing w:before="60" w:after="40"/>
      </w:pPr>
      <w:r>
        <w:rPr>
          <w:rFonts w:ascii="Aptos" w:hAnsi="Aptos"/>
          <w:b/>
          <w:i w:val="0"/>
          <w:color w:val="213A3A"/>
          <w:sz w:val="21"/>
        </w:rPr>
        <w:t>Azt imádom benne, hogy …</w:t>
      </w:r>
    </w:p>
    <w:p>
      <w:pPr>
        <w:keepLines/>
        <w:spacing w:after="40"/>
      </w:pPr>
      <w:r>
        <w:rPr>
          <w:rFonts w:ascii="Aptos" w:hAnsi="Aptos"/>
          <w:b w:val="0"/>
          <w:i w:val="0"/>
          <w:color w:val="B7CECC"/>
          <w:sz w:val="17"/>
        </w:rPr>
        <w:t>________________________________________________________________________________</w:t>
      </w:r>
    </w:p>
    <w:p>
      <w:pPr>
        <w:keepNext/>
        <w:spacing w:before="60" w:after="40"/>
      </w:pPr>
      <w:r>
        <w:rPr>
          <w:rFonts w:ascii="Aptos" w:hAnsi="Aptos"/>
          <w:b/>
          <w:i w:val="0"/>
          <w:color w:val="213A3A"/>
          <w:sz w:val="21"/>
        </w:rPr>
        <w:t>A legkönnyebb elérni nála valamit, ha …</w:t>
      </w:r>
    </w:p>
    <w:p>
      <w:pPr>
        <w:keepLines/>
        <w:spacing w:after="40"/>
      </w:pPr>
      <w:r>
        <w:rPr>
          <w:rFonts w:ascii="Aptos" w:hAnsi="Aptos"/>
          <w:b w:val="0"/>
          <w:i w:val="0"/>
          <w:color w:val="B7CECC"/>
          <w:sz w:val="17"/>
        </w:rPr>
        <w:t>________________________________________________________________________________</w:t>
      </w:r>
    </w:p>
    <w:p>
      <w:pPr>
        <w:keepNext/>
        <w:spacing w:before="60" w:after="40"/>
      </w:pPr>
      <w:r>
        <w:rPr>
          <w:rFonts w:ascii="Aptos" w:hAnsi="Aptos"/>
          <w:b/>
          <w:i w:val="0"/>
          <w:color w:val="213A3A"/>
          <w:sz w:val="21"/>
        </w:rPr>
        <w:t>Ha büntetnem kell, azzal teszem, hogy …</w:t>
      </w:r>
    </w:p>
    <w:p>
      <w:pPr>
        <w:keepLines/>
        <w:spacing w:after="40"/>
      </w:pPr>
      <w:r>
        <w:rPr>
          <w:rFonts w:ascii="Aptos" w:hAnsi="Aptos"/>
          <w:b w:val="0"/>
          <w:i w:val="0"/>
          <w:color w:val="B7CECC"/>
          <w:sz w:val="17"/>
        </w:rPr>
        <w:t>________________________________________________________________________________</w:t>
      </w:r>
    </w:p>
    <w:p>
      <w:pPr>
        <w:keepNext/>
        <w:spacing w:before="60" w:after="40"/>
      </w:pPr>
      <w:r>
        <w:rPr>
          <w:rFonts w:ascii="Aptos" w:hAnsi="Aptos"/>
          <w:b/>
          <w:i w:val="0"/>
          <w:color w:val="213A3A"/>
          <w:sz w:val="21"/>
        </w:rPr>
        <w:t>A legnagyobb jutalom számára az, ha …</w:t>
      </w:r>
    </w:p>
    <w:p>
      <w:pPr>
        <w:keepLines/>
        <w:spacing w:after="40"/>
      </w:pPr>
      <w:r>
        <w:rPr>
          <w:rFonts w:ascii="Aptos" w:hAnsi="Aptos"/>
          <w:b w:val="0"/>
          <w:i w:val="0"/>
          <w:color w:val="B7CECC"/>
          <w:sz w:val="17"/>
        </w:rPr>
        <w:t>________________________________________________________________________________</w:t>
      </w:r>
    </w:p>
    <w:p>
      <w:pPr>
        <w:keepNext/>
        <w:spacing w:before="60" w:after="40"/>
      </w:pPr>
      <w:r>
        <w:rPr>
          <w:rFonts w:ascii="Aptos" w:hAnsi="Aptos"/>
          <w:b/>
          <w:i w:val="0"/>
          <w:color w:val="213A3A"/>
          <w:sz w:val="21"/>
        </w:rPr>
        <w:t>Van olyan terület, ahol Ön szerint gyermeke tehetséges, különösen jó érzéke van hozzá?</w:t>
      </w:r>
    </w:p>
    <w:p>
      <w:pPr>
        <w:keepLines/>
        <w:spacing w:after="40"/>
      </w:pPr>
      <w:r>
        <w:rPr>
          <w:rFonts w:ascii="Aptos" w:hAnsi="Aptos"/>
          <w:b w:val="0"/>
          <w:i w:val="0"/>
          <w:color w:val="B7CECC"/>
          <w:sz w:val="17"/>
        </w:rPr>
        <w:t>________________________________________________________________________________</w:t>
      </w:r>
    </w:p>
    <w:p>
      <w:pPr>
        <w:keepLines/>
        <w:spacing w:after="40"/>
      </w:pPr>
      <w:r>
        <w:rPr>
          <w:rFonts w:ascii="Aptos" w:hAnsi="Aptos"/>
          <w:b w:val="0"/>
          <w:i w:val="0"/>
          <w:color w:val="B7CECC"/>
          <w:sz w:val="17"/>
        </w:rPr>
        <w:t>________________________________________________________________________________</w:t>
      </w:r>
    </w:p>
    <w:p>
      <w:pPr>
        <w:keepLines/>
        <w:spacing w:after="40"/>
      </w:pPr>
      <w:r>
        <w:rPr>
          <w:rFonts w:ascii="Aptos" w:hAnsi="Aptos"/>
          <w:b w:val="0"/>
          <w:i w:val="0"/>
          <w:color w:val="B7CECC"/>
          <w:sz w:val="17"/>
        </w:rPr>
        <w:t>________________________________________________________________________________</w:t>
      </w:r>
    </w:p>
    <w:p>
      <w:pPr>
        <w:keepNext/>
        <w:spacing w:before="60" w:after="40"/>
      </w:pPr>
      <w:r>
        <w:rPr>
          <w:rFonts w:ascii="Aptos" w:hAnsi="Aptos"/>
          <w:b/>
          <w:i w:val="0"/>
          <w:color w:val="213A3A"/>
          <w:sz w:val="21"/>
        </w:rPr>
        <w:t>Egyéb, amit fontosnak tart</w:t>
      </w:r>
    </w:p>
    <w:p>
      <w:pPr>
        <w:keepLines/>
        <w:spacing w:after="40"/>
      </w:pPr>
      <w:r>
        <w:rPr>
          <w:rFonts w:ascii="Aptos" w:hAnsi="Aptos"/>
          <w:b w:val="0"/>
          <w:i w:val="0"/>
          <w:color w:val="B7CECC"/>
          <w:sz w:val="17"/>
        </w:rPr>
        <w:t>________________________________________________________________________________</w:t>
      </w:r>
    </w:p>
    <w:p>
      <w:pPr>
        <w:keepLines/>
        <w:spacing w:after="40"/>
      </w:pPr>
      <w:r>
        <w:rPr>
          <w:rFonts w:ascii="Aptos" w:hAnsi="Aptos"/>
          <w:b w:val="0"/>
          <w:i w:val="0"/>
          <w:color w:val="B7CECC"/>
          <w:sz w:val="17"/>
        </w:rPr>
        <w:t>________________________________________________________________________________</w:t>
      </w:r>
    </w:p>
    <w:p>
      <w:pPr>
        <w:keepLines/>
        <w:spacing w:after="40"/>
      </w:pPr>
      <w:r>
        <w:rPr>
          <w:rFonts w:ascii="Aptos" w:hAnsi="Aptos"/>
          <w:b w:val="0"/>
          <w:i w:val="0"/>
          <w:color w:val="B7CECC"/>
          <w:sz w:val="17"/>
        </w:rPr>
        <w:t>________________________________________________________________________________</w:t>
      </w:r>
    </w:p>
    <w:p>
      <w:pPr>
        <w:keepLines/>
        <w:spacing w:after="40"/>
      </w:pPr>
      <w:r>
        <w:rPr>
          <w:rFonts w:ascii="Aptos" w:hAnsi="Aptos"/>
          <w:b w:val="0"/>
          <w:i w:val="0"/>
          <w:color w:val="B7CECC"/>
          <w:sz w:val="17"/>
        </w:rPr>
        <w:t>________________________________________________________________________________</w:t>
      </w:r>
    </w:p>
    <w:p>
      <w:pPr>
        <w:keepLines/>
        <w:spacing w:after="40"/>
      </w:pPr>
      <w:r>
        <w:rPr>
          <w:rFonts w:ascii="Aptos" w:hAnsi="Aptos"/>
          <w:b w:val="0"/>
          <w:i w:val="0"/>
          <w:color w:val="B7CECC"/>
          <w:sz w:val="17"/>
        </w:rPr>
        <w:t>________________________________________________________________________________</w:t>
      </w:r>
    </w:p>
    <w:tbl>
      <w:tblPr>
        <w:tblW w:type="dxa" w:w="9921"/>
        <w:jc w:val="center"/>
        <w:tblLayout w:type="fixed"/>
        <w:tblLook w:firstColumn="1" w:firstRow="1" w:lastColumn="0" w:lastRow="0" w:noHBand="0" w:noVBand="1" w:val="04A0"/>
      </w:tblPr>
      <w:tblGrid>
        <w:gridCol w:w="4960"/>
        <w:gridCol w:w="4960"/>
      </w:tblGrid>
      <w:tr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r>
              <w:rPr>
                <w:rFonts w:ascii="Aptos" w:hAnsi="Aptos"/>
                <w:b/>
                <w:i w:val="0"/>
                <w:color w:val="213A3A"/>
                <w:sz w:val="21"/>
              </w:rPr>
              <w:t>Kelt:</w:t>
              <w:br/>
              <w:br/>
              <w:t>____________________________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r>
              <w:rPr>
                <w:rFonts w:ascii="Aptos" w:hAnsi="Aptos"/>
                <w:b/>
                <w:i w:val="0"/>
                <w:color w:val="213A3A"/>
                <w:sz w:val="21"/>
              </w:rPr>
              <w:t>Aláírás:</w:t>
              <w:br/>
              <w:br/>
              <w:t>____________________________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822" w:right="879" w:bottom="822" w:left="879" w:header="312" w:footer="31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/>
      <w:jc w:val="center"/>
    </w:pPr>
    <w:r>
      <w:rPr>
        <w:rFonts w:ascii="Aptos" w:hAnsi="Aptos"/>
        <w:b w:val="0"/>
        <w:i w:val="0"/>
        <w:color w:val="647878"/>
        <w:sz w:val="16"/>
      </w:rPr>
      <w:t>Csodakapu Közhasznú Alapítvány  •  csodakapualapitvany.hu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>
      <w:rPr>
        <w:rFonts w:ascii="Aptos" w:hAnsi="Aptos"/>
        <w:b w:val="0"/>
        <w:i w:val="0"/>
        <w:color w:val="647878"/>
        <w:sz w:val="17"/>
      </w:rPr>
      <w:t>ANAMNÉZISLAP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Aptos" w:hAnsi="Aptos"/>
      <w:color w:val="213A3A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2F7473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2F7473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2F7473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